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8E7" w:rsidRPr="006A48E7" w:rsidRDefault="006A48E7" w:rsidP="006A48E7">
      <w:pPr>
        <w:spacing w:line="240" w:lineRule="auto"/>
        <w:jc w:val="center"/>
        <w:rPr>
          <w:rFonts w:cs="Times New Roman"/>
          <w:b/>
          <w:sz w:val="24"/>
          <w:szCs w:val="24"/>
          <w:lang w:val="ru-RU" w:eastAsia="ru-RU"/>
        </w:rPr>
      </w:pPr>
      <w:r w:rsidRPr="006A48E7">
        <w:rPr>
          <w:rFonts w:cs="Times New Roman"/>
          <w:b/>
          <w:noProof/>
          <w:sz w:val="24"/>
          <w:szCs w:val="24"/>
          <w:lang w:val="uk-UA" w:eastAsia="uk-UA"/>
        </w:rPr>
        <w:drawing>
          <wp:inline distT="0" distB="0" distL="0" distR="0" wp14:anchorId="7AA82944" wp14:editId="204417DB">
            <wp:extent cx="476250" cy="581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8E7" w:rsidRPr="006A48E7" w:rsidRDefault="006A48E7" w:rsidP="006A48E7">
      <w:pPr>
        <w:spacing w:line="240" w:lineRule="auto"/>
        <w:jc w:val="center"/>
        <w:rPr>
          <w:rFonts w:cs="Times New Roman"/>
          <w:b/>
          <w:sz w:val="24"/>
          <w:szCs w:val="24"/>
          <w:lang w:val="uk-UA" w:eastAsia="ru-RU"/>
        </w:rPr>
      </w:pPr>
      <w:r w:rsidRPr="006A48E7">
        <w:rPr>
          <w:rFonts w:cs="Times New Roman"/>
          <w:b/>
          <w:sz w:val="24"/>
          <w:szCs w:val="24"/>
          <w:lang w:val="uk-UA" w:eastAsia="ru-RU"/>
        </w:rPr>
        <w:t>СМОЛІНСЬКА СЕЛИЩНА РАДА</w:t>
      </w:r>
    </w:p>
    <w:p w:rsidR="006A48E7" w:rsidRPr="006A48E7" w:rsidRDefault="006A48E7" w:rsidP="006A48E7">
      <w:pPr>
        <w:spacing w:line="240" w:lineRule="auto"/>
        <w:jc w:val="center"/>
        <w:rPr>
          <w:rFonts w:cs="Times New Roman"/>
          <w:b/>
          <w:sz w:val="24"/>
          <w:szCs w:val="24"/>
          <w:lang w:val="uk-UA" w:eastAsia="ru-RU"/>
        </w:rPr>
      </w:pPr>
      <w:r w:rsidRPr="006A48E7">
        <w:rPr>
          <w:rFonts w:cs="Times New Roman"/>
          <w:b/>
          <w:sz w:val="24"/>
          <w:szCs w:val="24"/>
          <w:lang w:val="uk-UA" w:eastAsia="ru-RU"/>
        </w:rPr>
        <w:t>НОВОУКРАЇНСЬКОГО РАЙОНУ КІРОВОГРАДСЬКОЇ ОБЛАСТІ</w:t>
      </w:r>
    </w:p>
    <w:p w:rsidR="006A48E7" w:rsidRPr="006A48E7" w:rsidRDefault="006A48E7" w:rsidP="006A48E7">
      <w:pPr>
        <w:spacing w:line="240" w:lineRule="auto"/>
        <w:jc w:val="center"/>
        <w:rPr>
          <w:rFonts w:cs="Times New Roman"/>
          <w:b/>
          <w:sz w:val="24"/>
          <w:szCs w:val="24"/>
          <w:lang w:val="uk-UA" w:eastAsia="ru-RU"/>
        </w:rPr>
      </w:pPr>
      <w:r w:rsidRPr="006A48E7">
        <w:rPr>
          <w:rFonts w:cs="Times New Roman"/>
          <w:b/>
          <w:sz w:val="24"/>
          <w:szCs w:val="24"/>
          <w:lang w:val="uk-UA" w:eastAsia="ru-RU"/>
        </w:rPr>
        <w:t>ВИКОНАВЧИЙ КОМІТЕТ</w:t>
      </w:r>
    </w:p>
    <w:p w:rsidR="006A48E7" w:rsidRPr="006A48E7" w:rsidRDefault="006A48E7" w:rsidP="006A48E7">
      <w:pPr>
        <w:spacing w:line="240" w:lineRule="auto"/>
        <w:jc w:val="center"/>
        <w:rPr>
          <w:rFonts w:cs="Times New Roman"/>
          <w:b/>
          <w:sz w:val="24"/>
          <w:szCs w:val="24"/>
          <w:lang w:val="uk-UA" w:eastAsia="ru-RU"/>
        </w:rPr>
      </w:pPr>
    </w:p>
    <w:p w:rsidR="006A48E7" w:rsidRPr="006A48E7" w:rsidRDefault="006A48E7" w:rsidP="006A48E7">
      <w:pPr>
        <w:spacing w:line="240" w:lineRule="auto"/>
        <w:jc w:val="center"/>
        <w:rPr>
          <w:rFonts w:cs="Times New Roman"/>
          <w:b/>
          <w:sz w:val="24"/>
          <w:szCs w:val="24"/>
          <w:lang w:val="uk-UA" w:eastAsia="ru-RU"/>
        </w:rPr>
      </w:pPr>
      <w:r w:rsidRPr="006A48E7">
        <w:rPr>
          <w:rFonts w:cs="Times New Roman"/>
          <w:b/>
          <w:sz w:val="24"/>
          <w:szCs w:val="24"/>
          <w:lang w:val="uk-UA" w:eastAsia="ru-RU"/>
        </w:rPr>
        <w:t>РІШЕННЯ</w:t>
      </w:r>
    </w:p>
    <w:p w:rsidR="006A48E7" w:rsidRPr="006A48E7" w:rsidRDefault="006A48E7" w:rsidP="006A48E7">
      <w:pPr>
        <w:spacing w:line="240" w:lineRule="auto"/>
        <w:jc w:val="center"/>
        <w:rPr>
          <w:rFonts w:cs="Times New Roman"/>
          <w:sz w:val="24"/>
          <w:szCs w:val="24"/>
          <w:lang w:val="uk-UA" w:eastAsia="ru-RU"/>
        </w:rPr>
      </w:pPr>
    </w:p>
    <w:p w:rsidR="006A48E7" w:rsidRPr="006A48E7" w:rsidRDefault="006A48E7" w:rsidP="006A48E7">
      <w:pPr>
        <w:widowControl w:val="0"/>
        <w:tabs>
          <w:tab w:val="left" w:pos="4111"/>
          <w:tab w:val="left" w:pos="7371"/>
        </w:tabs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4"/>
          <w:szCs w:val="24"/>
          <w:lang w:val="uk-UA" w:eastAsia="ru-RU"/>
        </w:rPr>
      </w:pPr>
      <w:r w:rsidRPr="006A48E7">
        <w:rPr>
          <w:rFonts w:cs="Times New Roman"/>
          <w:color w:val="000000"/>
          <w:sz w:val="24"/>
          <w:szCs w:val="24"/>
          <w:lang w:val="uk-UA" w:eastAsia="ru-RU"/>
        </w:rPr>
        <w:t xml:space="preserve">від «___» липня 2026 року </w:t>
      </w:r>
      <w:r w:rsidRPr="006A48E7">
        <w:rPr>
          <w:rFonts w:cs="Times New Roman"/>
          <w:color w:val="000000"/>
          <w:sz w:val="24"/>
          <w:szCs w:val="24"/>
          <w:lang w:val="uk-UA" w:eastAsia="ru-RU"/>
        </w:rPr>
        <w:tab/>
        <w:t xml:space="preserve">с-ще </w:t>
      </w:r>
      <w:proofErr w:type="spellStart"/>
      <w:r w:rsidRPr="006A48E7">
        <w:rPr>
          <w:rFonts w:cs="Times New Roman"/>
          <w:color w:val="000000"/>
          <w:sz w:val="24"/>
          <w:szCs w:val="24"/>
          <w:lang w:val="uk-UA" w:eastAsia="ru-RU"/>
        </w:rPr>
        <w:t>Смоліне</w:t>
      </w:r>
      <w:proofErr w:type="spellEnd"/>
      <w:r w:rsidRPr="006A48E7">
        <w:rPr>
          <w:rFonts w:cs="Times New Roman"/>
          <w:color w:val="000000"/>
          <w:sz w:val="24"/>
          <w:szCs w:val="24"/>
          <w:lang w:val="uk-UA" w:eastAsia="ru-RU"/>
        </w:rPr>
        <w:tab/>
        <w:t>№</w:t>
      </w:r>
    </w:p>
    <w:p w:rsidR="006A48E7" w:rsidRDefault="006A48E7" w:rsidP="00E04D8F">
      <w:pPr>
        <w:rPr>
          <w:b/>
          <w:sz w:val="24"/>
          <w:szCs w:val="24"/>
          <w:lang w:val="uk-UA"/>
        </w:rPr>
      </w:pPr>
    </w:p>
    <w:p w:rsidR="00E04D8F" w:rsidRDefault="00E04D8F" w:rsidP="00E04D8F">
      <w:pPr>
        <w:rPr>
          <w:b/>
          <w:sz w:val="24"/>
          <w:szCs w:val="24"/>
          <w:lang w:val="ru-RU"/>
        </w:rPr>
      </w:pPr>
      <w:r w:rsidRPr="00E04D8F">
        <w:rPr>
          <w:b/>
          <w:sz w:val="24"/>
          <w:szCs w:val="24"/>
          <w:lang w:val="ru-RU"/>
        </w:rPr>
        <w:t xml:space="preserve">Про </w:t>
      </w:r>
      <w:proofErr w:type="spellStart"/>
      <w:r w:rsidRPr="00E04D8F">
        <w:rPr>
          <w:b/>
          <w:sz w:val="24"/>
          <w:szCs w:val="24"/>
          <w:lang w:val="ru-RU"/>
        </w:rPr>
        <w:t>утворення</w:t>
      </w:r>
      <w:proofErr w:type="spellEnd"/>
      <w:r w:rsidRPr="00E04D8F">
        <w:rPr>
          <w:b/>
          <w:sz w:val="24"/>
          <w:szCs w:val="24"/>
          <w:lang w:val="ru-RU"/>
        </w:rPr>
        <w:t xml:space="preserve"> </w:t>
      </w:r>
      <w:proofErr w:type="spellStart"/>
      <w:r w:rsidRPr="00E04D8F">
        <w:rPr>
          <w:b/>
          <w:sz w:val="24"/>
          <w:szCs w:val="24"/>
          <w:lang w:val="ru-RU"/>
        </w:rPr>
        <w:t>робочої</w:t>
      </w:r>
      <w:proofErr w:type="spellEnd"/>
      <w:r w:rsidRPr="00E04D8F">
        <w:rPr>
          <w:b/>
          <w:sz w:val="24"/>
          <w:szCs w:val="24"/>
          <w:lang w:val="ru-RU"/>
        </w:rPr>
        <w:t xml:space="preserve"> </w:t>
      </w:r>
      <w:proofErr w:type="spellStart"/>
      <w:r w:rsidRPr="00E04D8F">
        <w:rPr>
          <w:b/>
          <w:sz w:val="24"/>
          <w:szCs w:val="24"/>
          <w:lang w:val="ru-RU"/>
        </w:rPr>
        <w:t>групи</w:t>
      </w:r>
      <w:proofErr w:type="spellEnd"/>
      <w:r w:rsidRPr="00E04D8F">
        <w:rPr>
          <w:b/>
          <w:sz w:val="24"/>
          <w:szCs w:val="24"/>
          <w:lang w:val="ru-RU"/>
        </w:rPr>
        <w:t xml:space="preserve"> </w:t>
      </w:r>
    </w:p>
    <w:p w:rsidR="00E04D8F" w:rsidRDefault="00E04D8F" w:rsidP="00E04D8F">
      <w:pPr>
        <w:rPr>
          <w:b/>
          <w:sz w:val="24"/>
          <w:szCs w:val="24"/>
          <w:lang w:val="ru-RU"/>
        </w:rPr>
      </w:pPr>
      <w:r w:rsidRPr="00E04D8F">
        <w:rPr>
          <w:b/>
          <w:sz w:val="24"/>
          <w:szCs w:val="24"/>
          <w:lang w:val="ru-RU"/>
        </w:rPr>
        <w:t xml:space="preserve">з </w:t>
      </w:r>
      <w:proofErr w:type="spellStart"/>
      <w:proofErr w:type="gramStart"/>
      <w:r w:rsidRPr="00E04D8F">
        <w:rPr>
          <w:b/>
          <w:sz w:val="24"/>
          <w:szCs w:val="24"/>
          <w:lang w:val="ru-RU"/>
        </w:rPr>
        <w:t>п</w:t>
      </w:r>
      <w:proofErr w:type="gramEnd"/>
      <w:r w:rsidRPr="00E04D8F">
        <w:rPr>
          <w:b/>
          <w:sz w:val="24"/>
          <w:szCs w:val="24"/>
          <w:lang w:val="ru-RU"/>
        </w:rPr>
        <w:t>ідготовки</w:t>
      </w:r>
      <w:proofErr w:type="spellEnd"/>
      <w:r w:rsidRPr="00E04D8F">
        <w:rPr>
          <w:b/>
          <w:sz w:val="24"/>
          <w:szCs w:val="24"/>
          <w:lang w:val="ru-RU"/>
        </w:rPr>
        <w:t xml:space="preserve"> </w:t>
      </w:r>
      <w:proofErr w:type="spellStart"/>
      <w:r w:rsidRPr="00E04D8F">
        <w:rPr>
          <w:b/>
          <w:sz w:val="24"/>
          <w:szCs w:val="24"/>
          <w:lang w:val="ru-RU"/>
        </w:rPr>
        <w:t>проєкту</w:t>
      </w:r>
      <w:proofErr w:type="spellEnd"/>
      <w:r w:rsidRPr="00E04D8F">
        <w:rPr>
          <w:b/>
          <w:sz w:val="24"/>
          <w:szCs w:val="24"/>
          <w:lang w:val="ru-RU"/>
        </w:rPr>
        <w:t xml:space="preserve"> </w:t>
      </w:r>
      <w:proofErr w:type="spellStart"/>
      <w:r w:rsidRPr="00E04D8F">
        <w:rPr>
          <w:b/>
          <w:sz w:val="24"/>
          <w:szCs w:val="24"/>
          <w:lang w:val="ru-RU"/>
        </w:rPr>
        <w:t>місцевого</w:t>
      </w:r>
      <w:proofErr w:type="spellEnd"/>
      <w:r w:rsidRPr="00E04D8F">
        <w:rPr>
          <w:b/>
          <w:sz w:val="24"/>
          <w:szCs w:val="24"/>
          <w:lang w:val="ru-RU"/>
        </w:rPr>
        <w:t xml:space="preserve"> плану </w:t>
      </w:r>
    </w:p>
    <w:p w:rsidR="00E04D8F" w:rsidRDefault="00E04D8F" w:rsidP="00E04D8F">
      <w:pPr>
        <w:rPr>
          <w:b/>
          <w:sz w:val="24"/>
          <w:szCs w:val="24"/>
          <w:lang w:val="ru-RU"/>
        </w:rPr>
      </w:pPr>
      <w:proofErr w:type="spellStart"/>
      <w:r w:rsidRPr="00E04D8F">
        <w:rPr>
          <w:b/>
          <w:sz w:val="24"/>
          <w:szCs w:val="24"/>
          <w:lang w:val="ru-RU"/>
        </w:rPr>
        <w:t>управління</w:t>
      </w:r>
      <w:proofErr w:type="spellEnd"/>
      <w:r w:rsidRPr="00E04D8F">
        <w:rPr>
          <w:b/>
          <w:sz w:val="24"/>
          <w:szCs w:val="24"/>
          <w:lang w:val="ru-RU"/>
        </w:rPr>
        <w:t xml:space="preserve"> </w:t>
      </w:r>
      <w:proofErr w:type="spellStart"/>
      <w:r w:rsidRPr="00E04D8F">
        <w:rPr>
          <w:b/>
          <w:sz w:val="24"/>
          <w:szCs w:val="24"/>
          <w:lang w:val="ru-RU"/>
        </w:rPr>
        <w:t>відходами</w:t>
      </w:r>
      <w:proofErr w:type="spellEnd"/>
      <w:r w:rsidRPr="00E04D8F">
        <w:rPr>
          <w:b/>
          <w:sz w:val="24"/>
          <w:szCs w:val="24"/>
          <w:lang w:val="ru-RU"/>
        </w:rPr>
        <w:t xml:space="preserve"> </w:t>
      </w:r>
      <w:proofErr w:type="spellStart"/>
      <w:r w:rsidRPr="00E04D8F">
        <w:rPr>
          <w:b/>
          <w:sz w:val="24"/>
          <w:szCs w:val="24"/>
          <w:lang w:val="ru-RU"/>
        </w:rPr>
        <w:t>Смолінської</w:t>
      </w:r>
      <w:proofErr w:type="spellEnd"/>
      <w:r w:rsidRPr="00E04D8F">
        <w:rPr>
          <w:b/>
          <w:sz w:val="24"/>
          <w:szCs w:val="24"/>
          <w:lang w:val="ru-RU"/>
        </w:rPr>
        <w:t xml:space="preserve"> </w:t>
      </w:r>
    </w:p>
    <w:p w:rsidR="00E04D8F" w:rsidRDefault="00E04D8F" w:rsidP="00E04D8F">
      <w:pPr>
        <w:rPr>
          <w:b/>
          <w:sz w:val="24"/>
          <w:szCs w:val="24"/>
          <w:lang w:val="ru-RU"/>
        </w:rPr>
      </w:pPr>
      <w:proofErr w:type="spellStart"/>
      <w:r w:rsidRPr="00E04D8F">
        <w:rPr>
          <w:b/>
          <w:sz w:val="24"/>
          <w:szCs w:val="24"/>
          <w:lang w:val="ru-RU"/>
        </w:rPr>
        <w:t>селищної</w:t>
      </w:r>
      <w:proofErr w:type="spellEnd"/>
      <w:r w:rsidRPr="00E04D8F">
        <w:rPr>
          <w:b/>
          <w:sz w:val="24"/>
          <w:szCs w:val="24"/>
          <w:lang w:val="ru-RU"/>
        </w:rPr>
        <w:t xml:space="preserve"> </w:t>
      </w:r>
      <w:proofErr w:type="spellStart"/>
      <w:r w:rsidRPr="00E04D8F">
        <w:rPr>
          <w:b/>
          <w:sz w:val="24"/>
          <w:szCs w:val="24"/>
          <w:lang w:val="ru-RU"/>
        </w:rPr>
        <w:t>територіальної</w:t>
      </w:r>
      <w:proofErr w:type="spellEnd"/>
      <w:r w:rsidRPr="00E04D8F">
        <w:rPr>
          <w:b/>
          <w:sz w:val="24"/>
          <w:szCs w:val="24"/>
          <w:lang w:val="ru-RU"/>
        </w:rPr>
        <w:t xml:space="preserve"> </w:t>
      </w:r>
      <w:proofErr w:type="spellStart"/>
      <w:r w:rsidRPr="00E04D8F">
        <w:rPr>
          <w:b/>
          <w:sz w:val="24"/>
          <w:szCs w:val="24"/>
          <w:lang w:val="ru-RU"/>
        </w:rPr>
        <w:t>громади</w:t>
      </w:r>
      <w:proofErr w:type="spellEnd"/>
      <w:r w:rsidRPr="00E04D8F">
        <w:rPr>
          <w:b/>
          <w:sz w:val="24"/>
          <w:szCs w:val="24"/>
          <w:lang w:val="ru-RU"/>
        </w:rPr>
        <w:t xml:space="preserve"> </w:t>
      </w:r>
    </w:p>
    <w:p w:rsidR="00E04D8F" w:rsidRDefault="00E04D8F" w:rsidP="00E04D8F">
      <w:pPr>
        <w:rPr>
          <w:b/>
          <w:sz w:val="24"/>
          <w:szCs w:val="24"/>
          <w:lang w:val="ru-RU"/>
        </w:rPr>
      </w:pPr>
      <w:r w:rsidRPr="00E04D8F">
        <w:rPr>
          <w:b/>
          <w:sz w:val="24"/>
          <w:szCs w:val="24"/>
          <w:lang w:val="ru-RU"/>
        </w:rPr>
        <w:t xml:space="preserve">на </w:t>
      </w:r>
      <w:proofErr w:type="spellStart"/>
      <w:r w:rsidRPr="00E04D8F">
        <w:rPr>
          <w:b/>
          <w:sz w:val="24"/>
          <w:szCs w:val="24"/>
          <w:lang w:val="ru-RU"/>
        </w:rPr>
        <w:t>період</w:t>
      </w:r>
      <w:proofErr w:type="spellEnd"/>
      <w:r w:rsidRPr="00E04D8F">
        <w:rPr>
          <w:b/>
          <w:sz w:val="24"/>
          <w:szCs w:val="24"/>
          <w:lang w:val="ru-RU"/>
        </w:rPr>
        <w:t xml:space="preserve"> до 2034 року та початок </w:t>
      </w:r>
    </w:p>
    <w:p w:rsidR="00E04D8F" w:rsidRPr="00E04D8F" w:rsidRDefault="00E04D8F" w:rsidP="00E04D8F">
      <w:pPr>
        <w:rPr>
          <w:b/>
          <w:sz w:val="24"/>
          <w:szCs w:val="24"/>
          <w:lang w:val="ru-RU"/>
        </w:rPr>
      </w:pPr>
      <w:proofErr w:type="spellStart"/>
      <w:r w:rsidRPr="00E04D8F">
        <w:rPr>
          <w:b/>
          <w:sz w:val="24"/>
          <w:szCs w:val="24"/>
          <w:lang w:val="ru-RU"/>
        </w:rPr>
        <w:t>роботи</w:t>
      </w:r>
      <w:proofErr w:type="spellEnd"/>
      <w:r w:rsidRPr="00E04D8F">
        <w:rPr>
          <w:b/>
          <w:sz w:val="24"/>
          <w:szCs w:val="24"/>
          <w:lang w:val="ru-RU"/>
        </w:rPr>
        <w:t xml:space="preserve"> над </w:t>
      </w:r>
      <w:proofErr w:type="spellStart"/>
      <w:r w:rsidRPr="00E04D8F">
        <w:rPr>
          <w:b/>
          <w:sz w:val="24"/>
          <w:szCs w:val="24"/>
          <w:lang w:val="ru-RU"/>
        </w:rPr>
        <w:t>його</w:t>
      </w:r>
      <w:proofErr w:type="spellEnd"/>
      <w:r w:rsidRPr="00E04D8F">
        <w:rPr>
          <w:b/>
          <w:sz w:val="24"/>
          <w:szCs w:val="24"/>
          <w:lang w:val="ru-RU"/>
        </w:rPr>
        <w:t xml:space="preserve"> </w:t>
      </w:r>
      <w:proofErr w:type="spellStart"/>
      <w:r w:rsidRPr="00E04D8F">
        <w:rPr>
          <w:b/>
          <w:sz w:val="24"/>
          <w:szCs w:val="24"/>
          <w:lang w:val="ru-RU"/>
        </w:rPr>
        <w:t>розробленням</w:t>
      </w:r>
      <w:proofErr w:type="spellEnd"/>
    </w:p>
    <w:p w:rsidR="00E04D8F" w:rsidRPr="00E04D8F" w:rsidRDefault="00E04D8F" w:rsidP="00E04D8F">
      <w:pPr>
        <w:ind w:firstLine="709"/>
        <w:jc w:val="both"/>
        <w:rPr>
          <w:sz w:val="24"/>
          <w:szCs w:val="24"/>
          <w:lang w:val="ru-RU"/>
        </w:rPr>
      </w:pPr>
    </w:p>
    <w:p w:rsidR="00E04D8F" w:rsidRPr="00E04D8F" w:rsidRDefault="00E04D8F" w:rsidP="00E04D8F">
      <w:pPr>
        <w:ind w:firstLine="709"/>
        <w:jc w:val="both"/>
        <w:rPr>
          <w:sz w:val="24"/>
          <w:szCs w:val="24"/>
          <w:lang w:val="ru-RU"/>
        </w:rPr>
      </w:pPr>
      <w:proofErr w:type="spellStart"/>
      <w:r w:rsidRPr="00E04D8F">
        <w:rPr>
          <w:sz w:val="24"/>
          <w:szCs w:val="24"/>
          <w:lang w:val="ru-RU"/>
        </w:rPr>
        <w:t>Керуючись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статтею</w:t>
      </w:r>
      <w:proofErr w:type="spellEnd"/>
      <w:r w:rsidRPr="00E04D8F">
        <w:rPr>
          <w:sz w:val="24"/>
          <w:szCs w:val="24"/>
          <w:lang w:val="ru-RU"/>
        </w:rPr>
        <w:t xml:space="preserve"> 30 Закону </w:t>
      </w:r>
      <w:proofErr w:type="spellStart"/>
      <w:r w:rsidRPr="00E04D8F">
        <w:rPr>
          <w:sz w:val="24"/>
          <w:szCs w:val="24"/>
          <w:lang w:val="ru-RU"/>
        </w:rPr>
        <w:t>України</w:t>
      </w:r>
      <w:proofErr w:type="spellEnd"/>
      <w:r w:rsidRPr="00E04D8F">
        <w:rPr>
          <w:sz w:val="24"/>
          <w:szCs w:val="24"/>
          <w:lang w:val="ru-RU"/>
        </w:rPr>
        <w:t xml:space="preserve"> «Про </w:t>
      </w:r>
      <w:proofErr w:type="spellStart"/>
      <w:r w:rsidRPr="00E04D8F">
        <w:rPr>
          <w:sz w:val="24"/>
          <w:szCs w:val="24"/>
          <w:lang w:val="ru-RU"/>
        </w:rPr>
        <w:t>місцеве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самоврядування</w:t>
      </w:r>
      <w:proofErr w:type="spellEnd"/>
      <w:r w:rsidRPr="00E04D8F">
        <w:rPr>
          <w:sz w:val="24"/>
          <w:szCs w:val="24"/>
          <w:lang w:val="ru-RU"/>
        </w:rPr>
        <w:t xml:space="preserve"> в </w:t>
      </w:r>
      <w:proofErr w:type="spellStart"/>
      <w:r w:rsidRPr="00E04D8F">
        <w:rPr>
          <w:sz w:val="24"/>
          <w:szCs w:val="24"/>
          <w:lang w:val="ru-RU"/>
        </w:rPr>
        <w:t>Україні</w:t>
      </w:r>
      <w:proofErr w:type="spellEnd"/>
      <w:r w:rsidRPr="00E04D8F">
        <w:rPr>
          <w:sz w:val="24"/>
          <w:szCs w:val="24"/>
          <w:lang w:val="ru-RU"/>
        </w:rPr>
        <w:t xml:space="preserve">», пунктом 1 </w:t>
      </w:r>
      <w:proofErr w:type="spellStart"/>
      <w:r w:rsidRPr="00E04D8F">
        <w:rPr>
          <w:sz w:val="24"/>
          <w:szCs w:val="24"/>
          <w:lang w:val="ru-RU"/>
        </w:rPr>
        <w:t>частини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другої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статті</w:t>
      </w:r>
      <w:proofErr w:type="spellEnd"/>
      <w:r w:rsidRPr="00E04D8F">
        <w:rPr>
          <w:sz w:val="24"/>
          <w:szCs w:val="24"/>
          <w:lang w:val="ru-RU"/>
        </w:rPr>
        <w:t xml:space="preserve"> 26 Закону </w:t>
      </w:r>
      <w:proofErr w:type="spellStart"/>
      <w:r w:rsidRPr="00E04D8F">
        <w:rPr>
          <w:sz w:val="24"/>
          <w:szCs w:val="24"/>
          <w:lang w:val="ru-RU"/>
        </w:rPr>
        <w:t>України</w:t>
      </w:r>
      <w:proofErr w:type="spellEnd"/>
      <w:r w:rsidRPr="00E04D8F">
        <w:rPr>
          <w:sz w:val="24"/>
          <w:szCs w:val="24"/>
          <w:lang w:val="ru-RU"/>
        </w:rPr>
        <w:t xml:space="preserve"> «Про </w:t>
      </w:r>
      <w:proofErr w:type="spellStart"/>
      <w:r w:rsidRPr="00E04D8F">
        <w:rPr>
          <w:sz w:val="24"/>
          <w:szCs w:val="24"/>
          <w:lang w:val="ru-RU"/>
        </w:rPr>
        <w:t>управління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відходами</w:t>
      </w:r>
      <w:proofErr w:type="spellEnd"/>
      <w:r w:rsidRPr="00E04D8F">
        <w:rPr>
          <w:sz w:val="24"/>
          <w:szCs w:val="24"/>
          <w:lang w:val="ru-RU"/>
        </w:rPr>
        <w:t xml:space="preserve">», Законом </w:t>
      </w:r>
      <w:proofErr w:type="spellStart"/>
      <w:r w:rsidRPr="00E04D8F">
        <w:rPr>
          <w:sz w:val="24"/>
          <w:szCs w:val="24"/>
          <w:lang w:val="ru-RU"/>
        </w:rPr>
        <w:t>України</w:t>
      </w:r>
      <w:proofErr w:type="spellEnd"/>
      <w:r w:rsidRPr="00E04D8F">
        <w:rPr>
          <w:sz w:val="24"/>
          <w:szCs w:val="24"/>
          <w:lang w:val="ru-RU"/>
        </w:rPr>
        <w:t xml:space="preserve"> «Про </w:t>
      </w:r>
      <w:proofErr w:type="spellStart"/>
      <w:r w:rsidRPr="00E04D8F">
        <w:rPr>
          <w:sz w:val="24"/>
          <w:szCs w:val="24"/>
          <w:lang w:val="ru-RU"/>
        </w:rPr>
        <w:t>стратегічну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екологічну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оцінку</w:t>
      </w:r>
      <w:proofErr w:type="spellEnd"/>
      <w:r w:rsidRPr="00E04D8F">
        <w:rPr>
          <w:sz w:val="24"/>
          <w:szCs w:val="24"/>
          <w:lang w:val="ru-RU"/>
        </w:rPr>
        <w:t xml:space="preserve">», </w:t>
      </w:r>
      <w:proofErr w:type="spellStart"/>
      <w:r w:rsidRPr="00E04D8F">
        <w:rPr>
          <w:sz w:val="24"/>
          <w:szCs w:val="24"/>
          <w:lang w:val="ru-RU"/>
        </w:rPr>
        <w:t>постановою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Кабінету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Міністрів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України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від</w:t>
      </w:r>
      <w:proofErr w:type="spellEnd"/>
      <w:r w:rsidRPr="00E04D8F">
        <w:rPr>
          <w:sz w:val="24"/>
          <w:szCs w:val="24"/>
          <w:lang w:val="ru-RU"/>
        </w:rPr>
        <w:t xml:space="preserve"> 5 </w:t>
      </w:r>
      <w:proofErr w:type="spellStart"/>
      <w:r w:rsidRPr="00E04D8F">
        <w:rPr>
          <w:sz w:val="24"/>
          <w:szCs w:val="24"/>
          <w:lang w:val="ru-RU"/>
        </w:rPr>
        <w:t>вересня</w:t>
      </w:r>
      <w:proofErr w:type="spellEnd"/>
      <w:r w:rsidRPr="00E04D8F">
        <w:rPr>
          <w:sz w:val="24"/>
          <w:szCs w:val="24"/>
          <w:lang w:val="ru-RU"/>
        </w:rPr>
        <w:t xml:space="preserve"> 2023 року № 947 «Про </w:t>
      </w:r>
      <w:proofErr w:type="spellStart"/>
      <w:r w:rsidRPr="00E04D8F">
        <w:rPr>
          <w:sz w:val="24"/>
          <w:szCs w:val="24"/>
          <w:lang w:val="ru-RU"/>
        </w:rPr>
        <w:t>затвердження</w:t>
      </w:r>
      <w:proofErr w:type="spellEnd"/>
      <w:r w:rsidRPr="00E04D8F">
        <w:rPr>
          <w:sz w:val="24"/>
          <w:szCs w:val="24"/>
          <w:lang w:val="ru-RU"/>
        </w:rPr>
        <w:t xml:space="preserve"> Порядку </w:t>
      </w:r>
      <w:proofErr w:type="spellStart"/>
      <w:r w:rsidRPr="00E04D8F">
        <w:rPr>
          <w:sz w:val="24"/>
          <w:szCs w:val="24"/>
          <w:lang w:val="ru-RU"/>
        </w:rPr>
        <w:t>розроблення</w:t>
      </w:r>
      <w:proofErr w:type="spellEnd"/>
      <w:r w:rsidRPr="00E04D8F">
        <w:rPr>
          <w:sz w:val="24"/>
          <w:szCs w:val="24"/>
          <w:lang w:val="ru-RU"/>
        </w:rPr>
        <w:t xml:space="preserve">, </w:t>
      </w:r>
      <w:proofErr w:type="spellStart"/>
      <w:r w:rsidRPr="00E04D8F">
        <w:rPr>
          <w:sz w:val="24"/>
          <w:szCs w:val="24"/>
          <w:lang w:val="ru-RU"/>
        </w:rPr>
        <w:t>погодження</w:t>
      </w:r>
      <w:proofErr w:type="spellEnd"/>
      <w:r w:rsidRPr="00E04D8F">
        <w:rPr>
          <w:sz w:val="24"/>
          <w:szCs w:val="24"/>
          <w:lang w:val="ru-RU"/>
        </w:rPr>
        <w:t xml:space="preserve"> та </w:t>
      </w:r>
      <w:proofErr w:type="spellStart"/>
      <w:r w:rsidRPr="00E04D8F">
        <w:rPr>
          <w:sz w:val="24"/>
          <w:szCs w:val="24"/>
          <w:lang w:val="ru-RU"/>
        </w:rPr>
        <w:t>затвердження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місцевих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планів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управління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відходами</w:t>
      </w:r>
      <w:proofErr w:type="spellEnd"/>
      <w:r w:rsidRPr="00E04D8F">
        <w:rPr>
          <w:sz w:val="24"/>
          <w:szCs w:val="24"/>
          <w:lang w:val="ru-RU"/>
        </w:rPr>
        <w:t xml:space="preserve">», </w:t>
      </w:r>
      <w:proofErr w:type="spellStart"/>
      <w:r w:rsidRPr="00E04D8F">
        <w:rPr>
          <w:sz w:val="24"/>
          <w:szCs w:val="24"/>
          <w:lang w:val="ru-RU"/>
        </w:rPr>
        <w:t>Національним</w:t>
      </w:r>
      <w:proofErr w:type="spellEnd"/>
      <w:r w:rsidRPr="00E04D8F">
        <w:rPr>
          <w:sz w:val="24"/>
          <w:szCs w:val="24"/>
          <w:lang w:val="ru-RU"/>
        </w:rPr>
        <w:t xml:space="preserve"> планом </w:t>
      </w:r>
      <w:proofErr w:type="spellStart"/>
      <w:r w:rsidRPr="00E04D8F">
        <w:rPr>
          <w:sz w:val="24"/>
          <w:szCs w:val="24"/>
          <w:lang w:val="ru-RU"/>
        </w:rPr>
        <w:t>управління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відходами</w:t>
      </w:r>
      <w:proofErr w:type="spellEnd"/>
      <w:r w:rsidRPr="00E04D8F">
        <w:rPr>
          <w:sz w:val="24"/>
          <w:szCs w:val="24"/>
          <w:lang w:val="ru-RU"/>
        </w:rPr>
        <w:t xml:space="preserve"> до 2033 року, </w:t>
      </w:r>
      <w:proofErr w:type="spellStart"/>
      <w:r w:rsidRPr="00E04D8F">
        <w:rPr>
          <w:sz w:val="24"/>
          <w:szCs w:val="24"/>
          <w:lang w:val="ru-RU"/>
        </w:rPr>
        <w:t>затвердженим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розпорядженням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Кабінету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Міністрів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України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від</w:t>
      </w:r>
      <w:proofErr w:type="spellEnd"/>
      <w:r w:rsidRPr="00E04D8F">
        <w:rPr>
          <w:sz w:val="24"/>
          <w:szCs w:val="24"/>
          <w:lang w:val="ru-RU"/>
        </w:rPr>
        <w:t xml:space="preserve"> 27 </w:t>
      </w:r>
      <w:proofErr w:type="spellStart"/>
      <w:r w:rsidRPr="00E04D8F">
        <w:rPr>
          <w:sz w:val="24"/>
          <w:szCs w:val="24"/>
          <w:lang w:val="ru-RU"/>
        </w:rPr>
        <w:t>грудня</w:t>
      </w:r>
      <w:proofErr w:type="spellEnd"/>
      <w:r w:rsidRPr="00E04D8F">
        <w:rPr>
          <w:sz w:val="24"/>
          <w:szCs w:val="24"/>
          <w:lang w:val="ru-RU"/>
        </w:rPr>
        <w:t xml:space="preserve"> 2024 року № 1353-р, з </w:t>
      </w:r>
      <w:proofErr w:type="spellStart"/>
      <w:r w:rsidRPr="00E04D8F">
        <w:rPr>
          <w:sz w:val="24"/>
          <w:szCs w:val="24"/>
          <w:lang w:val="ru-RU"/>
        </w:rPr>
        <w:t>урахуванням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Регіонального</w:t>
      </w:r>
      <w:proofErr w:type="spellEnd"/>
      <w:r w:rsidRPr="00E04D8F">
        <w:rPr>
          <w:sz w:val="24"/>
          <w:szCs w:val="24"/>
          <w:lang w:val="ru-RU"/>
        </w:rPr>
        <w:t xml:space="preserve"> плану </w:t>
      </w:r>
      <w:proofErr w:type="spellStart"/>
      <w:r w:rsidRPr="00E04D8F">
        <w:rPr>
          <w:sz w:val="24"/>
          <w:szCs w:val="24"/>
          <w:lang w:val="ru-RU"/>
        </w:rPr>
        <w:t>управління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відходами</w:t>
      </w:r>
      <w:proofErr w:type="spellEnd"/>
      <w:r w:rsidRPr="00E04D8F">
        <w:rPr>
          <w:sz w:val="24"/>
          <w:szCs w:val="24"/>
          <w:lang w:val="ru-RU"/>
        </w:rPr>
        <w:t xml:space="preserve"> у </w:t>
      </w:r>
      <w:proofErr w:type="spellStart"/>
      <w:r w:rsidRPr="00E04D8F">
        <w:rPr>
          <w:sz w:val="24"/>
          <w:szCs w:val="24"/>
          <w:lang w:val="ru-RU"/>
        </w:rPr>
        <w:t>Кіровоградській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області</w:t>
      </w:r>
      <w:proofErr w:type="spellEnd"/>
      <w:r w:rsidRPr="00E04D8F">
        <w:rPr>
          <w:sz w:val="24"/>
          <w:szCs w:val="24"/>
          <w:lang w:val="ru-RU"/>
        </w:rPr>
        <w:t xml:space="preserve"> до 2034 року, </w:t>
      </w:r>
      <w:proofErr w:type="spellStart"/>
      <w:r w:rsidRPr="00E04D8F">
        <w:rPr>
          <w:sz w:val="24"/>
          <w:szCs w:val="24"/>
          <w:lang w:val="ru-RU"/>
        </w:rPr>
        <w:t>затвердженого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розпорядженням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голови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Кіровоградської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обласної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державної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адміністрації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від</w:t>
      </w:r>
      <w:proofErr w:type="spellEnd"/>
      <w:r w:rsidRPr="00E04D8F">
        <w:rPr>
          <w:sz w:val="24"/>
          <w:szCs w:val="24"/>
          <w:lang w:val="ru-RU"/>
        </w:rPr>
        <w:t xml:space="preserve"> 18 лютого 2026 року № 349-р, з метою </w:t>
      </w:r>
      <w:proofErr w:type="spellStart"/>
      <w:r w:rsidRPr="00E04D8F">
        <w:rPr>
          <w:sz w:val="24"/>
          <w:szCs w:val="24"/>
          <w:lang w:val="ru-RU"/>
        </w:rPr>
        <w:t>організації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роботи</w:t>
      </w:r>
      <w:proofErr w:type="spellEnd"/>
      <w:r w:rsidRPr="00E04D8F">
        <w:rPr>
          <w:sz w:val="24"/>
          <w:szCs w:val="24"/>
          <w:lang w:val="ru-RU"/>
        </w:rPr>
        <w:t xml:space="preserve"> з </w:t>
      </w:r>
      <w:proofErr w:type="spellStart"/>
      <w:r w:rsidRPr="00E04D8F">
        <w:rPr>
          <w:sz w:val="24"/>
          <w:szCs w:val="24"/>
          <w:lang w:val="ru-RU"/>
        </w:rPr>
        <w:t>підготовки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проєкту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місцевого</w:t>
      </w:r>
      <w:proofErr w:type="spellEnd"/>
      <w:r w:rsidRPr="00E04D8F">
        <w:rPr>
          <w:sz w:val="24"/>
          <w:szCs w:val="24"/>
          <w:lang w:val="ru-RU"/>
        </w:rPr>
        <w:t xml:space="preserve"> плану </w:t>
      </w:r>
      <w:proofErr w:type="spellStart"/>
      <w:r w:rsidRPr="00E04D8F">
        <w:rPr>
          <w:sz w:val="24"/>
          <w:szCs w:val="24"/>
          <w:lang w:val="ru-RU"/>
        </w:rPr>
        <w:t>управління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відходами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Смолінської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селищної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територіальної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громади</w:t>
      </w:r>
      <w:proofErr w:type="spellEnd"/>
      <w:r w:rsidRPr="00E04D8F">
        <w:rPr>
          <w:sz w:val="24"/>
          <w:szCs w:val="24"/>
          <w:lang w:val="ru-RU"/>
        </w:rPr>
        <w:t xml:space="preserve">, </w:t>
      </w:r>
      <w:proofErr w:type="spellStart"/>
      <w:r w:rsidRPr="00E04D8F">
        <w:rPr>
          <w:sz w:val="24"/>
          <w:szCs w:val="24"/>
          <w:lang w:val="ru-RU"/>
        </w:rPr>
        <w:t>виконавчий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комітет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Смолінської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селищної</w:t>
      </w:r>
      <w:proofErr w:type="spellEnd"/>
      <w:r w:rsidRPr="00E04D8F">
        <w:rPr>
          <w:sz w:val="24"/>
          <w:szCs w:val="24"/>
          <w:lang w:val="ru-RU"/>
        </w:rPr>
        <w:t xml:space="preserve"> ради</w:t>
      </w:r>
    </w:p>
    <w:p w:rsidR="00E04D8F" w:rsidRPr="00E04D8F" w:rsidRDefault="00E04D8F">
      <w:pPr>
        <w:ind w:firstLine="709"/>
        <w:rPr>
          <w:sz w:val="24"/>
          <w:szCs w:val="24"/>
          <w:lang w:val="ru-RU"/>
        </w:rPr>
      </w:pPr>
    </w:p>
    <w:p w:rsidR="00391343" w:rsidRPr="006A48E7" w:rsidRDefault="004147B8" w:rsidP="005C7F28">
      <w:pPr>
        <w:spacing w:after="120"/>
        <w:rPr>
          <w:lang w:val="ru-RU"/>
        </w:rPr>
      </w:pPr>
      <w:r w:rsidRPr="006A48E7">
        <w:rPr>
          <w:lang w:val="ru-RU"/>
        </w:rPr>
        <w:t>ВИРІШИВ:</w:t>
      </w:r>
    </w:p>
    <w:p w:rsidR="00C641B6" w:rsidRPr="00C641B6" w:rsidRDefault="00C641B6" w:rsidP="00C641B6">
      <w:pPr>
        <w:pStyle w:val="pdq2pgselectionanchorcontainer"/>
        <w:spacing w:before="0" w:beforeAutospacing="0" w:after="0" w:afterAutospacing="0"/>
        <w:jc w:val="both"/>
        <w:rPr>
          <w:b/>
        </w:rPr>
      </w:pPr>
      <w:r>
        <w:rPr>
          <w:rStyle w:val="af6"/>
          <w:b w:val="0"/>
        </w:rPr>
        <w:t xml:space="preserve">       </w:t>
      </w:r>
      <w:r w:rsidRPr="00C641B6">
        <w:rPr>
          <w:rStyle w:val="af6"/>
          <w:b w:val="0"/>
        </w:rPr>
        <w:t xml:space="preserve">1. Розпочати роботу над </w:t>
      </w:r>
      <w:proofErr w:type="spellStart"/>
      <w:r w:rsidRPr="00C641B6">
        <w:rPr>
          <w:rStyle w:val="af6"/>
          <w:b w:val="0"/>
        </w:rPr>
        <w:t>проєктом</w:t>
      </w:r>
      <w:proofErr w:type="spellEnd"/>
      <w:r w:rsidRPr="00C641B6">
        <w:rPr>
          <w:rStyle w:val="af6"/>
          <w:b w:val="0"/>
        </w:rPr>
        <w:t xml:space="preserve"> місцевого плану управління відходами </w:t>
      </w:r>
      <w:proofErr w:type="spellStart"/>
      <w:r w:rsidRPr="00C641B6">
        <w:rPr>
          <w:rStyle w:val="af6"/>
          <w:b w:val="0"/>
        </w:rPr>
        <w:t>Смолінської</w:t>
      </w:r>
      <w:proofErr w:type="spellEnd"/>
      <w:r w:rsidRPr="00C641B6">
        <w:rPr>
          <w:rStyle w:val="af6"/>
          <w:b w:val="0"/>
        </w:rPr>
        <w:t xml:space="preserve"> селищної територіальної громади на період до 2034 року.</w:t>
      </w:r>
    </w:p>
    <w:p w:rsidR="00C641B6" w:rsidRPr="00C641B6" w:rsidRDefault="00C641B6" w:rsidP="00C641B6">
      <w:pPr>
        <w:pStyle w:val="aff8"/>
        <w:spacing w:before="0" w:beforeAutospacing="0" w:after="0" w:afterAutospacing="0"/>
        <w:jc w:val="both"/>
        <w:rPr>
          <w:b/>
        </w:rPr>
      </w:pPr>
      <w:r>
        <w:rPr>
          <w:rStyle w:val="af6"/>
          <w:b w:val="0"/>
        </w:rPr>
        <w:t xml:space="preserve">       </w:t>
      </w:r>
      <w:r w:rsidR="002B2613">
        <w:rPr>
          <w:rStyle w:val="af6"/>
          <w:b w:val="0"/>
        </w:rPr>
        <w:t>2.</w:t>
      </w:r>
      <w:r w:rsidR="002B2613">
        <w:t xml:space="preserve"> </w:t>
      </w:r>
      <w:r w:rsidR="00232E80">
        <w:t xml:space="preserve">Утворити робочу групу з підготовки </w:t>
      </w:r>
      <w:proofErr w:type="spellStart"/>
      <w:r w:rsidR="00232E80">
        <w:t>проєкту</w:t>
      </w:r>
      <w:proofErr w:type="spellEnd"/>
      <w:r w:rsidR="00232E80">
        <w:t xml:space="preserve"> місцевого плану управління відходами </w:t>
      </w:r>
      <w:proofErr w:type="spellStart"/>
      <w:r w:rsidR="00232E80">
        <w:t>Смолінської</w:t>
      </w:r>
      <w:proofErr w:type="spellEnd"/>
      <w:r w:rsidR="00232E80">
        <w:t xml:space="preserve"> селищної територіальної громади.</w:t>
      </w:r>
    </w:p>
    <w:p w:rsidR="00C641B6" w:rsidRPr="00C641B6" w:rsidRDefault="00C641B6" w:rsidP="00C641B6">
      <w:pPr>
        <w:pStyle w:val="aff8"/>
        <w:spacing w:before="0" w:beforeAutospacing="0" w:after="0" w:afterAutospacing="0"/>
        <w:jc w:val="both"/>
        <w:rPr>
          <w:b/>
        </w:rPr>
      </w:pPr>
      <w:r>
        <w:rPr>
          <w:rStyle w:val="af6"/>
          <w:b w:val="0"/>
        </w:rPr>
        <w:t xml:space="preserve">       </w:t>
      </w:r>
      <w:r w:rsidRPr="00C641B6">
        <w:rPr>
          <w:rStyle w:val="af6"/>
          <w:b w:val="0"/>
        </w:rPr>
        <w:t xml:space="preserve">3. Затвердити склад робочої групи з підготовки </w:t>
      </w:r>
      <w:proofErr w:type="spellStart"/>
      <w:r w:rsidRPr="00C641B6">
        <w:rPr>
          <w:rStyle w:val="af6"/>
          <w:b w:val="0"/>
        </w:rPr>
        <w:t>проєкту</w:t>
      </w:r>
      <w:proofErr w:type="spellEnd"/>
      <w:r w:rsidRPr="00C641B6">
        <w:rPr>
          <w:rStyle w:val="af6"/>
          <w:b w:val="0"/>
        </w:rPr>
        <w:t xml:space="preserve"> місцевого плану управління відходами </w:t>
      </w:r>
      <w:proofErr w:type="spellStart"/>
      <w:r w:rsidRPr="00C641B6">
        <w:rPr>
          <w:rStyle w:val="af6"/>
          <w:b w:val="0"/>
        </w:rPr>
        <w:t>Смолінської</w:t>
      </w:r>
      <w:proofErr w:type="spellEnd"/>
      <w:r w:rsidRPr="00C641B6">
        <w:rPr>
          <w:rStyle w:val="af6"/>
          <w:b w:val="0"/>
        </w:rPr>
        <w:t xml:space="preserve"> селищної територіальної громади згідно з додатком 1.</w:t>
      </w:r>
    </w:p>
    <w:p w:rsidR="00C641B6" w:rsidRPr="00C641B6" w:rsidRDefault="00C641B6" w:rsidP="00C641B6">
      <w:pPr>
        <w:pStyle w:val="aff8"/>
        <w:spacing w:before="0" w:beforeAutospacing="0" w:after="0" w:afterAutospacing="0"/>
        <w:jc w:val="both"/>
        <w:rPr>
          <w:b/>
        </w:rPr>
      </w:pPr>
      <w:r>
        <w:rPr>
          <w:rStyle w:val="af6"/>
          <w:b w:val="0"/>
        </w:rPr>
        <w:t xml:space="preserve">       </w:t>
      </w:r>
      <w:r w:rsidRPr="00C641B6">
        <w:rPr>
          <w:rStyle w:val="af6"/>
          <w:b w:val="0"/>
        </w:rPr>
        <w:t xml:space="preserve">4. Затвердити Положення про робочу групу з підготовки </w:t>
      </w:r>
      <w:proofErr w:type="spellStart"/>
      <w:r w:rsidRPr="00C641B6">
        <w:rPr>
          <w:rStyle w:val="af6"/>
          <w:b w:val="0"/>
        </w:rPr>
        <w:t>проєкту</w:t>
      </w:r>
      <w:proofErr w:type="spellEnd"/>
      <w:r w:rsidRPr="00C641B6">
        <w:rPr>
          <w:rStyle w:val="af6"/>
          <w:b w:val="0"/>
        </w:rPr>
        <w:t xml:space="preserve"> місцевого плану управління відходами </w:t>
      </w:r>
      <w:proofErr w:type="spellStart"/>
      <w:r w:rsidRPr="00C641B6">
        <w:rPr>
          <w:rStyle w:val="af6"/>
          <w:b w:val="0"/>
        </w:rPr>
        <w:t>Смолінської</w:t>
      </w:r>
      <w:proofErr w:type="spellEnd"/>
      <w:r w:rsidRPr="00C641B6">
        <w:rPr>
          <w:rStyle w:val="af6"/>
          <w:b w:val="0"/>
        </w:rPr>
        <w:t xml:space="preserve"> селищної територіальної громади згідно з додатком 2.</w:t>
      </w:r>
    </w:p>
    <w:p w:rsidR="00C641B6" w:rsidRPr="00C641B6" w:rsidRDefault="00C641B6" w:rsidP="00C641B6">
      <w:pPr>
        <w:pStyle w:val="aff8"/>
        <w:spacing w:before="0" w:beforeAutospacing="0" w:after="0" w:afterAutospacing="0"/>
        <w:jc w:val="both"/>
        <w:rPr>
          <w:b/>
        </w:rPr>
      </w:pPr>
      <w:r>
        <w:rPr>
          <w:rStyle w:val="af6"/>
          <w:b w:val="0"/>
        </w:rPr>
        <w:t xml:space="preserve">       </w:t>
      </w:r>
      <w:r w:rsidRPr="00C641B6">
        <w:rPr>
          <w:rStyle w:val="af6"/>
          <w:b w:val="0"/>
        </w:rPr>
        <w:t xml:space="preserve">5. Відділу будівництва, земельних ресурсів, архітектури та ЖКГ </w:t>
      </w:r>
      <w:proofErr w:type="spellStart"/>
      <w:r w:rsidRPr="00C641B6">
        <w:rPr>
          <w:rStyle w:val="af6"/>
          <w:b w:val="0"/>
        </w:rPr>
        <w:t>Смолінської</w:t>
      </w:r>
      <w:proofErr w:type="spellEnd"/>
      <w:r w:rsidRPr="00C641B6">
        <w:rPr>
          <w:rStyle w:val="af6"/>
          <w:b w:val="0"/>
        </w:rPr>
        <w:t xml:space="preserve"> селищної ради спільно з робочою групою забезпечити підготовку </w:t>
      </w:r>
      <w:proofErr w:type="spellStart"/>
      <w:r w:rsidRPr="00C641B6">
        <w:rPr>
          <w:rStyle w:val="af6"/>
          <w:b w:val="0"/>
        </w:rPr>
        <w:t>проєкту</w:t>
      </w:r>
      <w:proofErr w:type="spellEnd"/>
      <w:r w:rsidRPr="00C641B6">
        <w:rPr>
          <w:rStyle w:val="af6"/>
          <w:b w:val="0"/>
        </w:rPr>
        <w:t xml:space="preserve"> місцевого плану управління відходами, приймання та опрацювання пропозицій від підприємств, установ, організацій, громадських об’єднань, жителів громади та інших заінтересованих осіб, проведення стратегічної екологічної оцінки, громадського обговорення та подання </w:t>
      </w:r>
      <w:proofErr w:type="spellStart"/>
      <w:r w:rsidRPr="00C641B6">
        <w:rPr>
          <w:rStyle w:val="af6"/>
          <w:b w:val="0"/>
        </w:rPr>
        <w:t>проєкту</w:t>
      </w:r>
      <w:proofErr w:type="spellEnd"/>
      <w:r w:rsidRPr="00C641B6">
        <w:rPr>
          <w:rStyle w:val="af6"/>
          <w:b w:val="0"/>
        </w:rPr>
        <w:t xml:space="preserve"> місцевого плану на погодження в установленому законодавством порядку.</w:t>
      </w:r>
    </w:p>
    <w:p w:rsidR="00C641B6" w:rsidRDefault="00C641B6" w:rsidP="00070722">
      <w:pPr>
        <w:pStyle w:val="aff8"/>
        <w:spacing w:before="0" w:beforeAutospacing="0" w:after="0" w:afterAutospacing="0"/>
        <w:jc w:val="both"/>
      </w:pPr>
      <w:r>
        <w:rPr>
          <w:rStyle w:val="af6"/>
          <w:b w:val="0"/>
        </w:rPr>
        <w:lastRenderedPageBreak/>
        <w:t xml:space="preserve">       </w:t>
      </w:r>
      <w:r w:rsidRPr="00C641B6">
        <w:rPr>
          <w:rStyle w:val="af6"/>
          <w:b w:val="0"/>
        </w:rPr>
        <w:t>6. Контроль за виконанням цього рішення покласти на заступника селищного голови з питань діяльності</w:t>
      </w:r>
      <w:r>
        <w:rPr>
          <w:rStyle w:val="af6"/>
        </w:rPr>
        <w:t xml:space="preserve"> </w:t>
      </w:r>
      <w:r w:rsidRPr="00C641B6">
        <w:rPr>
          <w:rStyle w:val="af6"/>
          <w:b w:val="0"/>
        </w:rPr>
        <w:t xml:space="preserve">виконавчих органів ради </w:t>
      </w:r>
      <w:proofErr w:type="spellStart"/>
      <w:r w:rsidRPr="00C641B6">
        <w:rPr>
          <w:rStyle w:val="af6"/>
          <w:b w:val="0"/>
        </w:rPr>
        <w:t>Рєзніка</w:t>
      </w:r>
      <w:proofErr w:type="spellEnd"/>
      <w:r w:rsidRPr="00C641B6">
        <w:rPr>
          <w:rStyle w:val="af6"/>
          <w:b w:val="0"/>
        </w:rPr>
        <w:t xml:space="preserve"> Віктора Віталійовича.</w:t>
      </w:r>
    </w:p>
    <w:p w:rsidR="00391343" w:rsidRDefault="00391343">
      <w:pPr>
        <w:spacing w:after="240"/>
        <w:rPr>
          <w:lang w:val="uk-UA"/>
        </w:rPr>
      </w:pPr>
    </w:p>
    <w:p w:rsidR="00C641B6" w:rsidRDefault="00C641B6">
      <w:pPr>
        <w:spacing w:after="240"/>
        <w:rPr>
          <w:lang w:val="uk-UA"/>
        </w:rPr>
      </w:pPr>
    </w:p>
    <w:p w:rsidR="00C641B6" w:rsidRPr="00C641B6" w:rsidRDefault="00C641B6">
      <w:pPr>
        <w:spacing w:after="240"/>
        <w:rPr>
          <w:lang w:val="uk-UA"/>
        </w:rPr>
      </w:pPr>
    </w:p>
    <w:p w:rsidR="006A48E7" w:rsidRPr="006A48E7" w:rsidRDefault="006A48E7" w:rsidP="006A48E7">
      <w:pPr>
        <w:keepNext/>
        <w:spacing w:line="240" w:lineRule="auto"/>
        <w:contextualSpacing/>
        <w:outlineLvl w:val="4"/>
        <w:rPr>
          <w:rFonts w:cs="Times New Roman"/>
          <w:b/>
          <w:color w:val="000000"/>
          <w:sz w:val="24"/>
          <w:szCs w:val="24"/>
          <w:lang w:val="uk-UA" w:eastAsia="ru-RU"/>
        </w:rPr>
      </w:pPr>
      <w:r w:rsidRPr="006A48E7">
        <w:rPr>
          <w:rFonts w:eastAsia="SimSun" w:cs="Times New Roman"/>
          <w:b/>
          <w:sz w:val="24"/>
          <w:szCs w:val="24"/>
          <w:lang w:val="uk-UA" w:eastAsia="ru-RU"/>
        </w:rPr>
        <w:t>Голова селищної ради</w:t>
      </w:r>
      <w:r w:rsidRPr="006A48E7">
        <w:rPr>
          <w:rFonts w:eastAsia="SimSun" w:cs="Times New Roman"/>
          <w:b/>
          <w:sz w:val="24"/>
          <w:szCs w:val="24"/>
          <w:lang w:val="uk-UA" w:eastAsia="ru-RU"/>
        </w:rPr>
        <w:tab/>
      </w:r>
      <w:r w:rsidRPr="006A48E7">
        <w:rPr>
          <w:rFonts w:eastAsia="SimSun" w:cs="Times New Roman"/>
          <w:b/>
          <w:sz w:val="24"/>
          <w:szCs w:val="24"/>
          <w:lang w:val="uk-UA" w:eastAsia="ru-RU"/>
        </w:rPr>
        <w:tab/>
      </w:r>
      <w:r w:rsidRPr="006A48E7">
        <w:rPr>
          <w:rFonts w:eastAsia="SimSun" w:cs="Times New Roman"/>
          <w:b/>
          <w:sz w:val="24"/>
          <w:szCs w:val="24"/>
          <w:lang w:val="uk-UA" w:eastAsia="ru-RU"/>
        </w:rPr>
        <w:tab/>
      </w:r>
      <w:r w:rsidRPr="006A48E7">
        <w:rPr>
          <w:rFonts w:eastAsia="SimSun" w:cs="Times New Roman"/>
          <w:b/>
          <w:sz w:val="24"/>
          <w:szCs w:val="24"/>
          <w:lang w:val="uk-UA" w:eastAsia="ru-RU"/>
        </w:rPr>
        <w:tab/>
      </w:r>
      <w:r w:rsidRPr="006A48E7">
        <w:rPr>
          <w:rFonts w:eastAsia="SimSun" w:cs="Times New Roman"/>
          <w:b/>
          <w:sz w:val="24"/>
          <w:szCs w:val="24"/>
          <w:lang w:val="uk-UA" w:eastAsia="ru-RU"/>
        </w:rPr>
        <w:tab/>
      </w:r>
      <w:r w:rsidRPr="006A48E7">
        <w:rPr>
          <w:rFonts w:eastAsia="SimSun" w:cs="Times New Roman"/>
          <w:b/>
          <w:sz w:val="24"/>
          <w:szCs w:val="24"/>
          <w:lang w:val="uk-UA" w:eastAsia="ru-RU"/>
        </w:rPr>
        <w:tab/>
      </w:r>
      <w:r w:rsidRPr="006A48E7">
        <w:rPr>
          <w:rFonts w:eastAsia="SimSun" w:cs="Times New Roman"/>
          <w:b/>
          <w:sz w:val="24"/>
          <w:szCs w:val="24"/>
          <w:lang w:val="uk-UA" w:eastAsia="ru-RU"/>
        </w:rPr>
        <w:tab/>
        <w:t>Микола МАЗУРА</w:t>
      </w: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Pr="00AF355C" w:rsidRDefault="00AF355C" w:rsidP="00AF355C">
      <w:pPr>
        <w:jc w:val="right"/>
        <w:rPr>
          <w:sz w:val="24"/>
          <w:szCs w:val="24"/>
          <w:lang w:val="ru-RU"/>
        </w:rPr>
      </w:pPr>
      <w:proofErr w:type="spellStart"/>
      <w:r w:rsidRPr="00AF355C">
        <w:rPr>
          <w:sz w:val="24"/>
          <w:szCs w:val="24"/>
          <w:lang w:val="ru-RU"/>
        </w:rPr>
        <w:lastRenderedPageBreak/>
        <w:t>Додаток</w:t>
      </w:r>
      <w:proofErr w:type="spellEnd"/>
      <w:r w:rsidRPr="00AF355C">
        <w:rPr>
          <w:sz w:val="24"/>
          <w:szCs w:val="24"/>
          <w:lang w:val="ru-RU"/>
        </w:rPr>
        <w:t xml:space="preserve"> 1</w:t>
      </w:r>
    </w:p>
    <w:p w:rsidR="00AF355C" w:rsidRPr="00E5638C" w:rsidRDefault="00AF355C" w:rsidP="00AF355C">
      <w:pPr>
        <w:jc w:val="right"/>
        <w:rPr>
          <w:lang w:val="ru-RU"/>
        </w:rPr>
      </w:pPr>
      <w:r w:rsidRPr="00E5638C">
        <w:rPr>
          <w:sz w:val="24"/>
          <w:lang w:val="ru-RU"/>
        </w:rPr>
        <w:t xml:space="preserve">до </w:t>
      </w:r>
      <w:proofErr w:type="spellStart"/>
      <w:proofErr w:type="gramStart"/>
      <w:r w:rsidRPr="00E5638C">
        <w:rPr>
          <w:sz w:val="24"/>
          <w:lang w:val="ru-RU"/>
        </w:rPr>
        <w:t>р</w:t>
      </w:r>
      <w:proofErr w:type="gramEnd"/>
      <w:r w:rsidRPr="00E5638C">
        <w:rPr>
          <w:sz w:val="24"/>
          <w:lang w:val="ru-RU"/>
        </w:rPr>
        <w:t>ішення</w:t>
      </w:r>
      <w:proofErr w:type="spellEnd"/>
      <w:r w:rsidRPr="00E5638C">
        <w:rPr>
          <w:sz w:val="24"/>
          <w:lang w:val="ru-RU"/>
        </w:rPr>
        <w:t xml:space="preserve"> </w:t>
      </w:r>
      <w:proofErr w:type="spellStart"/>
      <w:r w:rsidRPr="00E5638C">
        <w:rPr>
          <w:sz w:val="24"/>
          <w:lang w:val="ru-RU"/>
        </w:rPr>
        <w:t>виконавчого</w:t>
      </w:r>
      <w:proofErr w:type="spellEnd"/>
      <w:r w:rsidRPr="00E5638C">
        <w:rPr>
          <w:sz w:val="24"/>
          <w:lang w:val="ru-RU"/>
        </w:rPr>
        <w:t xml:space="preserve"> </w:t>
      </w:r>
      <w:proofErr w:type="spellStart"/>
      <w:r w:rsidRPr="00E5638C">
        <w:rPr>
          <w:sz w:val="24"/>
          <w:lang w:val="ru-RU"/>
        </w:rPr>
        <w:t>комітету</w:t>
      </w:r>
      <w:proofErr w:type="spellEnd"/>
    </w:p>
    <w:p w:rsidR="00AF355C" w:rsidRPr="00E5638C" w:rsidRDefault="00AF355C" w:rsidP="00AF355C">
      <w:pPr>
        <w:jc w:val="right"/>
        <w:rPr>
          <w:lang w:val="ru-RU"/>
        </w:rPr>
      </w:pPr>
      <w:proofErr w:type="spellStart"/>
      <w:r w:rsidRPr="00E5638C">
        <w:rPr>
          <w:sz w:val="24"/>
          <w:lang w:val="ru-RU"/>
        </w:rPr>
        <w:t>Смолінської</w:t>
      </w:r>
      <w:proofErr w:type="spellEnd"/>
      <w:r w:rsidRPr="00E5638C">
        <w:rPr>
          <w:sz w:val="24"/>
          <w:lang w:val="ru-RU"/>
        </w:rPr>
        <w:t xml:space="preserve"> </w:t>
      </w:r>
      <w:proofErr w:type="spellStart"/>
      <w:r w:rsidRPr="00E5638C">
        <w:rPr>
          <w:sz w:val="24"/>
          <w:lang w:val="ru-RU"/>
        </w:rPr>
        <w:t>селищної</w:t>
      </w:r>
      <w:proofErr w:type="spellEnd"/>
      <w:r w:rsidRPr="00E5638C">
        <w:rPr>
          <w:sz w:val="24"/>
          <w:lang w:val="ru-RU"/>
        </w:rPr>
        <w:t xml:space="preserve"> </w:t>
      </w:r>
      <w:proofErr w:type="gramStart"/>
      <w:r w:rsidRPr="00E5638C">
        <w:rPr>
          <w:sz w:val="24"/>
          <w:lang w:val="ru-RU"/>
        </w:rPr>
        <w:t>ради</w:t>
      </w:r>
      <w:proofErr w:type="gramEnd"/>
    </w:p>
    <w:p w:rsidR="00AF355C" w:rsidRPr="00E5638C" w:rsidRDefault="00AF355C" w:rsidP="00AF355C">
      <w:pPr>
        <w:spacing w:after="240"/>
        <w:jc w:val="right"/>
        <w:rPr>
          <w:lang w:val="ru-RU"/>
        </w:rPr>
      </w:pPr>
      <w:proofErr w:type="spellStart"/>
      <w:r w:rsidRPr="00E5638C">
        <w:rPr>
          <w:sz w:val="24"/>
          <w:lang w:val="ru-RU"/>
        </w:rPr>
        <w:t>від</w:t>
      </w:r>
      <w:proofErr w:type="spellEnd"/>
      <w:r w:rsidRPr="00E5638C">
        <w:rPr>
          <w:sz w:val="24"/>
          <w:lang w:val="ru-RU"/>
        </w:rPr>
        <w:t xml:space="preserve"> «___» ____________ 2026 року № ____</w:t>
      </w:r>
    </w:p>
    <w:p w:rsidR="00AF355C" w:rsidRPr="00E5638C" w:rsidRDefault="00AF355C" w:rsidP="00AF355C">
      <w:pPr>
        <w:jc w:val="center"/>
        <w:rPr>
          <w:lang w:val="ru-RU"/>
        </w:rPr>
      </w:pPr>
      <w:r w:rsidRPr="00E5638C">
        <w:rPr>
          <w:b/>
          <w:lang w:val="ru-RU"/>
        </w:rPr>
        <w:t>СКЛАД</w:t>
      </w:r>
    </w:p>
    <w:p w:rsidR="00AF355C" w:rsidRPr="00EC7E7D" w:rsidRDefault="00AF355C" w:rsidP="00AF355C">
      <w:pPr>
        <w:spacing w:after="240"/>
        <w:jc w:val="center"/>
        <w:rPr>
          <w:sz w:val="24"/>
          <w:szCs w:val="24"/>
          <w:lang w:val="ru-RU"/>
        </w:rPr>
      </w:pPr>
      <w:proofErr w:type="spellStart"/>
      <w:r w:rsidRPr="00EC7E7D">
        <w:rPr>
          <w:b/>
          <w:sz w:val="24"/>
          <w:szCs w:val="24"/>
          <w:lang w:val="ru-RU"/>
        </w:rPr>
        <w:t>робочої</w:t>
      </w:r>
      <w:proofErr w:type="spellEnd"/>
      <w:r w:rsidRPr="00EC7E7D">
        <w:rPr>
          <w:b/>
          <w:sz w:val="24"/>
          <w:szCs w:val="24"/>
          <w:lang w:val="ru-RU"/>
        </w:rPr>
        <w:t xml:space="preserve"> </w:t>
      </w:r>
      <w:proofErr w:type="spellStart"/>
      <w:r w:rsidRPr="00EC7E7D">
        <w:rPr>
          <w:b/>
          <w:sz w:val="24"/>
          <w:szCs w:val="24"/>
          <w:lang w:val="ru-RU"/>
        </w:rPr>
        <w:t>групи</w:t>
      </w:r>
      <w:proofErr w:type="spellEnd"/>
      <w:r w:rsidRPr="00EC7E7D">
        <w:rPr>
          <w:b/>
          <w:sz w:val="24"/>
          <w:szCs w:val="24"/>
          <w:lang w:val="ru-RU"/>
        </w:rPr>
        <w:t xml:space="preserve"> з </w:t>
      </w:r>
      <w:proofErr w:type="spellStart"/>
      <w:proofErr w:type="gramStart"/>
      <w:r w:rsidRPr="00EC7E7D">
        <w:rPr>
          <w:b/>
          <w:sz w:val="24"/>
          <w:szCs w:val="24"/>
          <w:lang w:val="ru-RU"/>
        </w:rPr>
        <w:t>п</w:t>
      </w:r>
      <w:proofErr w:type="gramEnd"/>
      <w:r w:rsidRPr="00EC7E7D">
        <w:rPr>
          <w:b/>
          <w:sz w:val="24"/>
          <w:szCs w:val="24"/>
          <w:lang w:val="ru-RU"/>
        </w:rPr>
        <w:t>ідготовки</w:t>
      </w:r>
      <w:proofErr w:type="spellEnd"/>
      <w:r w:rsidRPr="00EC7E7D">
        <w:rPr>
          <w:b/>
          <w:sz w:val="24"/>
          <w:szCs w:val="24"/>
          <w:lang w:val="ru-RU"/>
        </w:rPr>
        <w:t xml:space="preserve"> </w:t>
      </w:r>
      <w:proofErr w:type="spellStart"/>
      <w:r w:rsidRPr="00EC7E7D">
        <w:rPr>
          <w:b/>
          <w:sz w:val="24"/>
          <w:szCs w:val="24"/>
          <w:lang w:val="ru-RU"/>
        </w:rPr>
        <w:t>проєкту</w:t>
      </w:r>
      <w:proofErr w:type="spellEnd"/>
      <w:r w:rsidRPr="00EC7E7D">
        <w:rPr>
          <w:b/>
          <w:sz w:val="24"/>
          <w:szCs w:val="24"/>
          <w:lang w:val="ru-RU"/>
        </w:rPr>
        <w:t xml:space="preserve"> </w:t>
      </w:r>
      <w:proofErr w:type="spellStart"/>
      <w:r w:rsidRPr="00EC7E7D">
        <w:rPr>
          <w:b/>
          <w:sz w:val="24"/>
          <w:szCs w:val="24"/>
          <w:lang w:val="ru-RU"/>
        </w:rPr>
        <w:t>місцевого</w:t>
      </w:r>
      <w:proofErr w:type="spellEnd"/>
      <w:r w:rsidRPr="00EC7E7D">
        <w:rPr>
          <w:b/>
          <w:sz w:val="24"/>
          <w:szCs w:val="24"/>
          <w:lang w:val="ru-RU"/>
        </w:rPr>
        <w:t xml:space="preserve"> плану </w:t>
      </w:r>
      <w:proofErr w:type="spellStart"/>
      <w:r w:rsidRPr="00EC7E7D">
        <w:rPr>
          <w:b/>
          <w:sz w:val="24"/>
          <w:szCs w:val="24"/>
          <w:lang w:val="ru-RU"/>
        </w:rPr>
        <w:t>управління</w:t>
      </w:r>
      <w:proofErr w:type="spellEnd"/>
      <w:r w:rsidRPr="00EC7E7D">
        <w:rPr>
          <w:b/>
          <w:sz w:val="24"/>
          <w:szCs w:val="24"/>
          <w:lang w:val="ru-RU"/>
        </w:rPr>
        <w:t xml:space="preserve"> </w:t>
      </w:r>
      <w:proofErr w:type="spellStart"/>
      <w:r w:rsidRPr="00EC7E7D">
        <w:rPr>
          <w:b/>
          <w:sz w:val="24"/>
          <w:szCs w:val="24"/>
          <w:lang w:val="ru-RU"/>
        </w:rPr>
        <w:t>відходами</w:t>
      </w:r>
      <w:proofErr w:type="spellEnd"/>
      <w:r w:rsidRPr="00EC7E7D">
        <w:rPr>
          <w:b/>
          <w:sz w:val="24"/>
          <w:szCs w:val="24"/>
          <w:lang w:val="ru-RU"/>
        </w:rPr>
        <w:t xml:space="preserve"> </w:t>
      </w:r>
      <w:proofErr w:type="spellStart"/>
      <w:r w:rsidRPr="00EC7E7D">
        <w:rPr>
          <w:b/>
          <w:sz w:val="24"/>
          <w:szCs w:val="24"/>
          <w:lang w:val="ru-RU"/>
        </w:rPr>
        <w:t>Смолінської</w:t>
      </w:r>
      <w:proofErr w:type="spellEnd"/>
      <w:r w:rsidRPr="00EC7E7D">
        <w:rPr>
          <w:b/>
          <w:sz w:val="24"/>
          <w:szCs w:val="24"/>
          <w:lang w:val="ru-RU"/>
        </w:rPr>
        <w:t xml:space="preserve"> </w:t>
      </w:r>
      <w:proofErr w:type="spellStart"/>
      <w:r w:rsidRPr="00EC7E7D">
        <w:rPr>
          <w:b/>
          <w:sz w:val="24"/>
          <w:szCs w:val="24"/>
          <w:lang w:val="ru-RU"/>
        </w:rPr>
        <w:t>селищної</w:t>
      </w:r>
      <w:proofErr w:type="spellEnd"/>
      <w:r w:rsidRPr="00EC7E7D">
        <w:rPr>
          <w:b/>
          <w:sz w:val="24"/>
          <w:szCs w:val="24"/>
          <w:lang w:val="ru-RU"/>
        </w:rPr>
        <w:t xml:space="preserve"> </w:t>
      </w:r>
      <w:proofErr w:type="spellStart"/>
      <w:r w:rsidRPr="00EC7E7D">
        <w:rPr>
          <w:b/>
          <w:sz w:val="24"/>
          <w:szCs w:val="24"/>
          <w:lang w:val="ru-RU"/>
        </w:rPr>
        <w:t>територіальної</w:t>
      </w:r>
      <w:proofErr w:type="spellEnd"/>
      <w:r w:rsidRPr="00EC7E7D">
        <w:rPr>
          <w:b/>
          <w:sz w:val="24"/>
          <w:szCs w:val="24"/>
          <w:lang w:val="ru-RU"/>
        </w:rPr>
        <w:t xml:space="preserve"> </w:t>
      </w:r>
      <w:proofErr w:type="spellStart"/>
      <w:r w:rsidRPr="00EC7E7D">
        <w:rPr>
          <w:b/>
          <w:sz w:val="24"/>
          <w:szCs w:val="24"/>
          <w:lang w:val="ru-RU"/>
        </w:rPr>
        <w:t>громади</w:t>
      </w:r>
      <w:proofErr w:type="spellEnd"/>
    </w:p>
    <w:tbl>
      <w:tblPr>
        <w:tblStyle w:val="aff0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0"/>
        <w:gridCol w:w="3576"/>
        <w:gridCol w:w="5102"/>
      </w:tblGrid>
      <w:tr w:rsidR="00AF355C" w:rsidRPr="00A239A4" w:rsidTr="002B70C7">
        <w:trPr>
          <w:tblHeader/>
          <w:jc w:val="center"/>
        </w:trPr>
        <w:tc>
          <w:tcPr>
            <w:tcW w:w="680" w:type="dxa"/>
            <w:vAlign w:val="center"/>
          </w:tcPr>
          <w:p w:rsidR="00AF355C" w:rsidRDefault="00AF355C" w:rsidP="002B70C7">
            <w:pPr>
              <w:jc w:val="center"/>
            </w:pPr>
            <w:r>
              <w:rPr>
                <w:b/>
                <w:sz w:val="24"/>
              </w:rPr>
              <w:t>№ з/п</w:t>
            </w:r>
          </w:p>
        </w:tc>
        <w:tc>
          <w:tcPr>
            <w:tcW w:w="3576" w:type="dxa"/>
            <w:vAlign w:val="center"/>
          </w:tcPr>
          <w:p w:rsidR="00AF355C" w:rsidRDefault="00AF355C" w:rsidP="002B70C7">
            <w:pPr>
              <w:jc w:val="center"/>
            </w:pPr>
            <w:proofErr w:type="spellStart"/>
            <w:r>
              <w:rPr>
                <w:b/>
                <w:sz w:val="24"/>
              </w:rPr>
              <w:t>Прізвище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ім’я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батькові</w:t>
            </w:r>
            <w:proofErr w:type="spellEnd"/>
          </w:p>
        </w:tc>
        <w:tc>
          <w:tcPr>
            <w:tcW w:w="5102" w:type="dxa"/>
            <w:vAlign w:val="center"/>
          </w:tcPr>
          <w:p w:rsidR="00AF355C" w:rsidRPr="00DA58C9" w:rsidRDefault="00AF355C" w:rsidP="002B70C7">
            <w:pPr>
              <w:jc w:val="center"/>
              <w:rPr>
                <w:lang w:val="ru-RU"/>
              </w:rPr>
            </w:pPr>
            <w:r w:rsidRPr="00DA58C9">
              <w:rPr>
                <w:b/>
                <w:sz w:val="24"/>
                <w:lang w:val="ru-RU"/>
              </w:rPr>
              <w:t xml:space="preserve">Посада / </w:t>
            </w:r>
            <w:proofErr w:type="spellStart"/>
            <w:r w:rsidRPr="00DA58C9">
              <w:rPr>
                <w:b/>
                <w:sz w:val="24"/>
                <w:lang w:val="ru-RU"/>
              </w:rPr>
              <w:t>представництво</w:t>
            </w:r>
            <w:proofErr w:type="spellEnd"/>
            <w:r w:rsidRPr="00DA58C9">
              <w:rPr>
                <w:b/>
                <w:sz w:val="24"/>
                <w:lang w:val="ru-RU"/>
              </w:rPr>
              <w:t xml:space="preserve"> у </w:t>
            </w:r>
            <w:proofErr w:type="spellStart"/>
            <w:r w:rsidRPr="00DA58C9">
              <w:rPr>
                <w:b/>
                <w:sz w:val="24"/>
                <w:lang w:val="ru-RU"/>
              </w:rPr>
              <w:t>робочій</w:t>
            </w:r>
            <w:proofErr w:type="spellEnd"/>
            <w:r w:rsidRPr="00DA58C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DA58C9">
              <w:rPr>
                <w:b/>
                <w:sz w:val="24"/>
                <w:lang w:val="ru-RU"/>
              </w:rPr>
              <w:t>групі</w:t>
            </w:r>
            <w:proofErr w:type="spellEnd"/>
          </w:p>
        </w:tc>
      </w:tr>
      <w:tr w:rsidR="00AF355C" w:rsidRPr="00A239A4" w:rsidTr="002B70C7">
        <w:trPr>
          <w:cantSplit/>
          <w:jc w:val="center"/>
        </w:trPr>
        <w:tc>
          <w:tcPr>
            <w:tcW w:w="680" w:type="dxa"/>
            <w:vAlign w:val="center"/>
          </w:tcPr>
          <w:p w:rsidR="00AF355C" w:rsidRDefault="00AF355C" w:rsidP="002B70C7">
            <w:pPr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3576" w:type="dxa"/>
            <w:vAlign w:val="center"/>
          </w:tcPr>
          <w:p w:rsidR="00AF355C" w:rsidRPr="00E26975" w:rsidRDefault="00AF355C" w:rsidP="002B70C7">
            <w:pPr>
              <w:rPr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Рєзнік</w:t>
            </w:r>
            <w:proofErr w:type="spellEnd"/>
            <w:r>
              <w:rPr>
                <w:sz w:val="24"/>
                <w:lang w:val="uk-UA"/>
              </w:rPr>
              <w:t xml:space="preserve"> Віктор Віталійович</w:t>
            </w:r>
          </w:p>
        </w:tc>
        <w:tc>
          <w:tcPr>
            <w:tcW w:w="5102" w:type="dxa"/>
            <w:vAlign w:val="center"/>
          </w:tcPr>
          <w:p w:rsidR="00AF355C" w:rsidRPr="00DA58C9" w:rsidRDefault="00AF355C" w:rsidP="002B70C7">
            <w:pPr>
              <w:rPr>
                <w:lang w:val="ru-RU"/>
              </w:rPr>
            </w:pPr>
            <w:r w:rsidRPr="00DA58C9">
              <w:rPr>
                <w:sz w:val="24"/>
                <w:lang w:val="ru-RU"/>
              </w:rPr>
              <w:t xml:space="preserve">заступник </w:t>
            </w:r>
            <w:proofErr w:type="spellStart"/>
            <w:r w:rsidRPr="00DA58C9">
              <w:rPr>
                <w:sz w:val="24"/>
                <w:lang w:val="ru-RU"/>
              </w:rPr>
              <w:t>селищного</w:t>
            </w:r>
            <w:proofErr w:type="spellEnd"/>
            <w:r w:rsidRPr="00DA58C9">
              <w:rPr>
                <w:sz w:val="24"/>
                <w:lang w:val="ru-RU"/>
              </w:rPr>
              <w:t xml:space="preserve"> </w:t>
            </w:r>
            <w:proofErr w:type="spellStart"/>
            <w:r w:rsidRPr="00DA58C9">
              <w:rPr>
                <w:sz w:val="24"/>
                <w:lang w:val="ru-RU"/>
              </w:rPr>
              <w:t>голови</w:t>
            </w:r>
            <w:proofErr w:type="spellEnd"/>
            <w:r w:rsidRPr="00DA58C9">
              <w:rPr>
                <w:sz w:val="24"/>
                <w:lang w:val="ru-RU"/>
              </w:rPr>
              <w:t xml:space="preserve"> з </w:t>
            </w:r>
            <w:proofErr w:type="spellStart"/>
            <w:r w:rsidRPr="00DA58C9">
              <w:rPr>
                <w:sz w:val="24"/>
                <w:lang w:val="ru-RU"/>
              </w:rPr>
              <w:t>питань</w:t>
            </w:r>
            <w:proofErr w:type="spellEnd"/>
            <w:r w:rsidRPr="00DA58C9">
              <w:rPr>
                <w:sz w:val="24"/>
                <w:lang w:val="ru-RU"/>
              </w:rPr>
              <w:t xml:space="preserve"> </w:t>
            </w:r>
            <w:proofErr w:type="spellStart"/>
            <w:r w:rsidRPr="00DA58C9">
              <w:rPr>
                <w:sz w:val="24"/>
                <w:lang w:val="ru-RU"/>
              </w:rPr>
              <w:t>діяльності</w:t>
            </w:r>
            <w:proofErr w:type="spellEnd"/>
            <w:r w:rsidRPr="00DA58C9">
              <w:rPr>
                <w:sz w:val="24"/>
                <w:lang w:val="ru-RU"/>
              </w:rPr>
              <w:t xml:space="preserve"> </w:t>
            </w:r>
            <w:proofErr w:type="spellStart"/>
            <w:r w:rsidRPr="00DA58C9">
              <w:rPr>
                <w:sz w:val="24"/>
                <w:lang w:val="ru-RU"/>
              </w:rPr>
              <w:t>виконавчих</w:t>
            </w:r>
            <w:proofErr w:type="spellEnd"/>
            <w:r w:rsidRPr="00DA58C9">
              <w:rPr>
                <w:sz w:val="24"/>
                <w:lang w:val="ru-RU"/>
              </w:rPr>
              <w:t xml:space="preserve"> </w:t>
            </w:r>
            <w:proofErr w:type="spellStart"/>
            <w:r w:rsidRPr="00DA58C9">
              <w:rPr>
                <w:sz w:val="24"/>
                <w:lang w:val="ru-RU"/>
              </w:rPr>
              <w:t>органі</w:t>
            </w:r>
            <w:proofErr w:type="gramStart"/>
            <w:r w:rsidRPr="00DA58C9">
              <w:rPr>
                <w:sz w:val="24"/>
                <w:lang w:val="ru-RU"/>
              </w:rPr>
              <w:t>в</w:t>
            </w:r>
            <w:proofErr w:type="spellEnd"/>
            <w:proofErr w:type="gramEnd"/>
            <w:r w:rsidRPr="00DA58C9">
              <w:rPr>
                <w:sz w:val="24"/>
                <w:lang w:val="ru-RU"/>
              </w:rPr>
              <w:t xml:space="preserve"> ради, </w:t>
            </w:r>
            <w:r w:rsidRPr="00226EC6">
              <w:rPr>
                <w:b/>
                <w:sz w:val="24"/>
                <w:lang w:val="ru-RU"/>
              </w:rPr>
              <w:t xml:space="preserve">голова </w:t>
            </w:r>
            <w:proofErr w:type="spellStart"/>
            <w:r w:rsidRPr="00226EC6">
              <w:rPr>
                <w:b/>
                <w:sz w:val="24"/>
                <w:lang w:val="ru-RU"/>
              </w:rPr>
              <w:t>робочої</w:t>
            </w:r>
            <w:proofErr w:type="spellEnd"/>
            <w:r w:rsidRPr="00226EC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226EC6">
              <w:rPr>
                <w:b/>
                <w:sz w:val="24"/>
                <w:lang w:val="ru-RU"/>
              </w:rPr>
              <w:t>групи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AF355C" w:rsidRPr="00A239A4" w:rsidTr="002B70C7">
        <w:trPr>
          <w:cantSplit/>
          <w:jc w:val="center"/>
        </w:trPr>
        <w:tc>
          <w:tcPr>
            <w:tcW w:w="680" w:type="dxa"/>
            <w:vAlign w:val="center"/>
          </w:tcPr>
          <w:p w:rsidR="00AF355C" w:rsidRDefault="00AF355C" w:rsidP="002B70C7">
            <w:pPr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3576" w:type="dxa"/>
            <w:vAlign w:val="center"/>
          </w:tcPr>
          <w:p w:rsidR="00AF355C" w:rsidRPr="00E26975" w:rsidRDefault="00AF355C" w:rsidP="002B70C7">
            <w:pPr>
              <w:rPr>
                <w:lang w:val="uk-UA"/>
              </w:rPr>
            </w:pPr>
            <w:r>
              <w:rPr>
                <w:sz w:val="24"/>
                <w:lang w:val="uk-UA"/>
              </w:rPr>
              <w:t>Бойко Володимир Васильович</w:t>
            </w:r>
          </w:p>
        </w:tc>
        <w:tc>
          <w:tcPr>
            <w:tcW w:w="5102" w:type="dxa"/>
            <w:vAlign w:val="center"/>
          </w:tcPr>
          <w:p w:rsidR="00AF355C" w:rsidRPr="009A75F0" w:rsidRDefault="00AF355C" w:rsidP="002B70C7">
            <w:pPr>
              <w:rPr>
                <w:lang w:val="uk-UA"/>
              </w:rPr>
            </w:pPr>
            <w:r w:rsidRPr="009A75F0">
              <w:rPr>
                <w:sz w:val="24"/>
                <w:lang w:val="uk-UA"/>
              </w:rPr>
              <w:t xml:space="preserve">начальник відділу будівництва, земельних ресурсів, архітектури та ЖКГ, </w:t>
            </w:r>
            <w:r w:rsidRPr="00226EC6">
              <w:rPr>
                <w:b/>
                <w:sz w:val="24"/>
                <w:lang w:val="uk-UA"/>
              </w:rPr>
              <w:t>заступник голови робочої групи</w:t>
            </w:r>
            <w:r>
              <w:rPr>
                <w:sz w:val="24"/>
                <w:lang w:val="uk-UA"/>
              </w:rPr>
              <w:t>.</w:t>
            </w:r>
          </w:p>
        </w:tc>
      </w:tr>
      <w:tr w:rsidR="00AF355C" w:rsidRPr="00A239A4" w:rsidTr="002B70C7">
        <w:trPr>
          <w:cantSplit/>
          <w:jc w:val="center"/>
        </w:trPr>
        <w:tc>
          <w:tcPr>
            <w:tcW w:w="680" w:type="dxa"/>
            <w:vAlign w:val="center"/>
          </w:tcPr>
          <w:p w:rsidR="00AF355C" w:rsidRDefault="00AF355C" w:rsidP="002B70C7">
            <w:pPr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3576" w:type="dxa"/>
            <w:vAlign w:val="center"/>
          </w:tcPr>
          <w:p w:rsidR="00AF355C" w:rsidRPr="00E26975" w:rsidRDefault="00AF355C" w:rsidP="002B70C7">
            <w:pPr>
              <w:rPr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Капинус</w:t>
            </w:r>
            <w:proofErr w:type="spellEnd"/>
            <w:r>
              <w:rPr>
                <w:sz w:val="24"/>
                <w:lang w:val="uk-UA"/>
              </w:rPr>
              <w:t xml:space="preserve"> Віктор Олександрович</w:t>
            </w:r>
          </w:p>
        </w:tc>
        <w:tc>
          <w:tcPr>
            <w:tcW w:w="5102" w:type="dxa"/>
            <w:vAlign w:val="center"/>
          </w:tcPr>
          <w:p w:rsidR="00AF355C" w:rsidRPr="003D5E2D" w:rsidRDefault="00AF355C" w:rsidP="002B70C7">
            <w:pPr>
              <w:rPr>
                <w:sz w:val="24"/>
                <w:szCs w:val="24"/>
                <w:lang w:val="ru-RU"/>
              </w:rPr>
            </w:pPr>
            <w:r w:rsidRPr="003D5E2D">
              <w:rPr>
                <w:sz w:val="24"/>
                <w:szCs w:val="24"/>
                <w:lang w:val="ru-RU"/>
              </w:rPr>
              <w:t xml:space="preserve">заступник начальника </w:t>
            </w:r>
            <w:proofErr w:type="spellStart"/>
            <w:r w:rsidRPr="003D5E2D">
              <w:rPr>
                <w:sz w:val="24"/>
                <w:szCs w:val="24"/>
                <w:lang w:val="ru-RU"/>
              </w:rPr>
              <w:t>відділу</w:t>
            </w:r>
            <w:proofErr w:type="spellEnd"/>
            <w:r w:rsidRPr="003D5E2D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proofErr w:type="gramStart"/>
            <w:r w:rsidRPr="003D5E2D">
              <w:rPr>
                <w:sz w:val="24"/>
                <w:szCs w:val="24"/>
                <w:lang w:val="ru-RU"/>
              </w:rPr>
              <w:t>арх</w:t>
            </w:r>
            <w:proofErr w:type="gramEnd"/>
            <w:r w:rsidRPr="003D5E2D">
              <w:rPr>
                <w:sz w:val="24"/>
                <w:szCs w:val="24"/>
                <w:lang w:val="ru-RU"/>
              </w:rPr>
              <w:t>ітектор</w:t>
            </w:r>
            <w:proofErr w:type="spellEnd"/>
            <w:r w:rsidRPr="003D5E2D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26EC6">
              <w:rPr>
                <w:b/>
                <w:sz w:val="24"/>
                <w:szCs w:val="24"/>
                <w:lang w:val="ru-RU"/>
              </w:rPr>
              <w:t>секретар</w:t>
            </w:r>
            <w:proofErr w:type="spellEnd"/>
            <w:r w:rsidRPr="00226EC6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26EC6">
              <w:rPr>
                <w:b/>
                <w:sz w:val="24"/>
                <w:szCs w:val="24"/>
                <w:lang w:val="ru-RU"/>
              </w:rPr>
              <w:t>робочої</w:t>
            </w:r>
            <w:proofErr w:type="spellEnd"/>
            <w:r w:rsidRPr="00226EC6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26EC6">
              <w:rPr>
                <w:b/>
                <w:sz w:val="24"/>
                <w:szCs w:val="24"/>
                <w:lang w:val="ru-RU"/>
              </w:rPr>
              <w:t>групи</w:t>
            </w:r>
            <w:proofErr w:type="spellEnd"/>
            <w:r w:rsidRPr="003D5E2D">
              <w:rPr>
                <w:sz w:val="24"/>
                <w:szCs w:val="24"/>
                <w:lang w:val="ru-RU"/>
              </w:rPr>
              <w:t>.</w:t>
            </w:r>
          </w:p>
        </w:tc>
      </w:tr>
      <w:tr w:rsidR="00AF355C" w:rsidRPr="00A239A4" w:rsidTr="002B70C7">
        <w:trPr>
          <w:cantSplit/>
          <w:jc w:val="center"/>
        </w:trPr>
        <w:tc>
          <w:tcPr>
            <w:tcW w:w="680" w:type="dxa"/>
            <w:vAlign w:val="center"/>
          </w:tcPr>
          <w:p w:rsidR="00AF355C" w:rsidRDefault="00AF355C" w:rsidP="002B70C7">
            <w:pPr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3576" w:type="dxa"/>
            <w:vAlign w:val="center"/>
          </w:tcPr>
          <w:p w:rsidR="00AF355C" w:rsidRPr="00AE6CE9" w:rsidRDefault="00AF355C" w:rsidP="002B70C7">
            <w:pPr>
              <w:rPr>
                <w:sz w:val="24"/>
                <w:szCs w:val="24"/>
              </w:rPr>
            </w:pPr>
            <w:proofErr w:type="spellStart"/>
            <w:r w:rsidRPr="00AE6CE9">
              <w:rPr>
                <w:sz w:val="24"/>
                <w:szCs w:val="24"/>
              </w:rPr>
              <w:t>Демченко</w:t>
            </w:r>
            <w:proofErr w:type="spellEnd"/>
            <w:r w:rsidRPr="00AE6CE9">
              <w:rPr>
                <w:sz w:val="24"/>
                <w:szCs w:val="24"/>
              </w:rPr>
              <w:t xml:space="preserve"> </w:t>
            </w:r>
            <w:proofErr w:type="spellStart"/>
            <w:r w:rsidRPr="00AE6CE9">
              <w:rPr>
                <w:sz w:val="24"/>
                <w:szCs w:val="24"/>
              </w:rPr>
              <w:t>Альвіна</w:t>
            </w:r>
            <w:proofErr w:type="spellEnd"/>
            <w:r w:rsidRPr="00AE6CE9">
              <w:rPr>
                <w:sz w:val="24"/>
                <w:szCs w:val="24"/>
              </w:rPr>
              <w:t xml:space="preserve"> </w:t>
            </w:r>
            <w:proofErr w:type="spellStart"/>
            <w:r w:rsidRPr="00AE6CE9">
              <w:rPr>
                <w:sz w:val="24"/>
                <w:szCs w:val="24"/>
              </w:rPr>
              <w:t>Павлівна</w:t>
            </w:r>
            <w:proofErr w:type="spellEnd"/>
          </w:p>
        </w:tc>
        <w:tc>
          <w:tcPr>
            <w:tcW w:w="5102" w:type="dxa"/>
            <w:vAlign w:val="center"/>
          </w:tcPr>
          <w:p w:rsidR="00AF355C" w:rsidRPr="003D5E2D" w:rsidRDefault="00AF355C" w:rsidP="002B70C7">
            <w:pPr>
              <w:rPr>
                <w:lang w:val="uk-UA"/>
              </w:rPr>
            </w:pPr>
            <w:r w:rsidRPr="00AE6CE9">
              <w:rPr>
                <w:sz w:val="24"/>
                <w:szCs w:val="24"/>
                <w:lang w:val="ru-RU"/>
              </w:rPr>
              <w:t xml:space="preserve">начальник </w:t>
            </w:r>
            <w:proofErr w:type="spellStart"/>
            <w:r w:rsidRPr="00AE6CE9">
              <w:rPr>
                <w:sz w:val="24"/>
                <w:szCs w:val="24"/>
                <w:lang w:val="ru-RU"/>
              </w:rPr>
              <w:t>фінансового</w:t>
            </w:r>
            <w:proofErr w:type="spellEnd"/>
            <w:r w:rsidRPr="00AE6CE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6CE9">
              <w:rPr>
                <w:sz w:val="24"/>
                <w:szCs w:val="24"/>
                <w:lang w:val="ru-RU"/>
              </w:rPr>
              <w:t>відділу</w:t>
            </w:r>
            <w:proofErr w:type="spellEnd"/>
            <w:r w:rsidRPr="00AE6CE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6CE9">
              <w:rPr>
                <w:sz w:val="24"/>
                <w:szCs w:val="24"/>
                <w:lang w:val="ru-RU"/>
              </w:rPr>
              <w:t>Смолінської</w:t>
            </w:r>
            <w:proofErr w:type="spellEnd"/>
            <w:r w:rsidRPr="00AE6CE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6CE9">
              <w:rPr>
                <w:sz w:val="24"/>
                <w:szCs w:val="24"/>
                <w:lang w:val="ru-RU"/>
              </w:rPr>
              <w:t>селищної</w:t>
            </w:r>
            <w:proofErr w:type="spellEnd"/>
            <w:r w:rsidRPr="00AE6CE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E6CE9">
              <w:rPr>
                <w:sz w:val="24"/>
                <w:szCs w:val="24"/>
                <w:lang w:val="ru-RU"/>
              </w:rPr>
              <w:t>ради</w:t>
            </w:r>
            <w:proofErr w:type="gramEnd"/>
            <w:r w:rsidRPr="00AE6CE9">
              <w:rPr>
                <w:sz w:val="24"/>
                <w:lang w:val="ru-RU"/>
              </w:rPr>
              <w:t xml:space="preserve">, </w:t>
            </w:r>
            <w:r w:rsidRPr="003D5E2D">
              <w:rPr>
                <w:sz w:val="24"/>
                <w:szCs w:val="24"/>
                <w:lang w:val="ru-RU"/>
              </w:rPr>
              <w:t>член</w:t>
            </w:r>
            <w:r w:rsidRPr="00AE6CE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5E2D">
              <w:rPr>
                <w:sz w:val="24"/>
                <w:szCs w:val="24"/>
                <w:lang w:val="ru-RU"/>
              </w:rPr>
              <w:t>робочої</w:t>
            </w:r>
            <w:proofErr w:type="spellEnd"/>
            <w:r w:rsidRPr="00AE6CE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5E2D">
              <w:rPr>
                <w:sz w:val="24"/>
                <w:szCs w:val="24"/>
                <w:lang w:val="ru-RU"/>
              </w:rPr>
              <w:t>групи</w:t>
            </w:r>
            <w:proofErr w:type="spellEnd"/>
            <w:r>
              <w:rPr>
                <w:sz w:val="24"/>
                <w:szCs w:val="24"/>
                <w:lang w:val="uk-UA"/>
              </w:rPr>
              <w:t>.</w:t>
            </w:r>
          </w:p>
        </w:tc>
      </w:tr>
      <w:tr w:rsidR="00AF355C" w:rsidRPr="009A75F0" w:rsidTr="002B70C7">
        <w:trPr>
          <w:cantSplit/>
          <w:jc w:val="center"/>
        </w:trPr>
        <w:tc>
          <w:tcPr>
            <w:tcW w:w="680" w:type="dxa"/>
            <w:vAlign w:val="center"/>
          </w:tcPr>
          <w:p w:rsidR="00AF355C" w:rsidRDefault="00AF355C" w:rsidP="002B70C7">
            <w:pPr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3576" w:type="dxa"/>
            <w:vAlign w:val="center"/>
          </w:tcPr>
          <w:p w:rsidR="00AF355C" w:rsidRPr="009A75F0" w:rsidRDefault="00AF355C" w:rsidP="002B70C7">
            <w:pPr>
              <w:rPr>
                <w:lang w:val="uk-UA"/>
              </w:rPr>
            </w:pPr>
            <w:r>
              <w:rPr>
                <w:sz w:val="24"/>
                <w:lang w:val="uk-UA"/>
              </w:rPr>
              <w:t>Шевченко Максим Леонідович</w:t>
            </w:r>
          </w:p>
        </w:tc>
        <w:tc>
          <w:tcPr>
            <w:tcW w:w="5102" w:type="dxa"/>
            <w:vAlign w:val="center"/>
          </w:tcPr>
          <w:p w:rsidR="00AF355C" w:rsidRPr="00DA58C9" w:rsidRDefault="00AF355C" w:rsidP="002B70C7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юрисконсульт,</w:t>
            </w:r>
            <w:r w:rsidRPr="009A75F0">
              <w:rPr>
                <w:sz w:val="24"/>
                <w:lang w:val="ru-RU"/>
              </w:rPr>
              <w:t xml:space="preserve"> </w:t>
            </w:r>
            <w:r w:rsidRPr="003D5E2D">
              <w:rPr>
                <w:sz w:val="24"/>
                <w:szCs w:val="24"/>
                <w:lang w:val="ru-RU"/>
              </w:rPr>
              <w:t xml:space="preserve">член </w:t>
            </w:r>
            <w:proofErr w:type="spellStart"/>
            <w:r w:rsidRPr="003D5E2D">
              <w:rPr>
                <w:sz w:val="24"/>
                <w:szCs w:val="24"/>
                <w:lang w:val="ru-RU"/>
              </w:rPr>
              <w:t>робочої</w:t>
            </w:r>
            <w:proofErr w:type="spellEnd"/>
            <w:r w:rsidRPr="003D5E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5E2D">
              <w:rPr>
                <w:sz w:val="24"/>
                <w:szCs w:val="24"/>
                <w:lang w:val="ru-RU"/>
              </w:rPr>
              <w:t>групи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AF355C" w:rsidRPr="00A239A4" w:rsidTr="002B70C7">
        <w:trPr>
          <w:cantSplit/>
          <w:jc w:val="center"/>
        </w:trPr>
        <w:tc>
          <w:tcPr>
            <w:tcW w:w="680" w:type="dxa"/>
            <w:vAlign w:val="center"/>
          </w:tcPr>
          <w:p w:rsidR="00AF355C" w:rsidRDefault="00AF355C" w:rsidP="002B70C7">
            <w:pPr>
              <w:jc w:val="center"/>
            </w:pPr>
            <w:r>
              <w:rPr>
                <w:sz w:val="24"/>
              </w:rPr>
              <w:t>6</w:t>
            </w:r>
          </w:p>
        </w:tc>
        <w:tc>
          <w:tcPr>
            <w:tcW w:w="3576" w:type="dxa"/>
            <w:vAlign w:val="center"/>
          </w:tcPr>
          <w:p w:rsidR="00AF355C" w:rsidRPr="00E26975" w:rsidRDefault="00AF355C" w:rsidP="002B70C7">
            <w:pPr>
              <w:rPr>
                <w:lang w:val="uk-UA"/>
              </w:rPr>
            </w:pPr>
            <w:r>
              <w:rPr>
                <w:sz w:val="24"/>
                <w:lang w:val="uk-UA"/>
              </w:rPr>
              <w:t>Дзюба Микола Олександрович</w:t>
            </w:r>
          </w:p>
        </w:tc>
        <w:tc>
          <w:tcPr>
            <w:tcW w:w="5102" w:type="dxa"/>
            <w:vAlign w:val="center"/>
          </w:tcPr>
          <w:p w:rsidR="00AF355C" w:rsidRPr="00DA58C9" w:rsidRDefault="00AF355C" w:rsidP="002B70C7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директор КП </w:t>
            </w:r>
            <w:proofErr w:type="spellStart"/>
            <w:r>
              <w:rPr>
                <w:sz w:val="24"/>
                <w:lang w:val="ru-RU"/>
              </w:rPr>
              <w:t>Смолінський</w:t>
            </w:r>
            <w:proofErr w:type="spellEnd"/>
            <w:r>
              <w:rPr>
                <w:sz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lang w:val="ru-RU"/>
              </w:rPr>
              <w:t>Добробут</w:t>
            </w:r>
            <w:proofErr w:type="spellEnd"/>
            <w:r>
              <w:rPr>
                <w:sz w:val="24"/>
                <w:lang w:val="ru-RU"/>
              </w:rPr>
              <w:t>»,</w:t>
            </w:r>
            <w:r w:rsidRPr="009A75F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член </w:t>
            </w:r>
            <w:proofErr w:type="spellStart"/>
            <w:r>
              <w:rPr>
                <w:sz w:val="24"/>
                <w:szCs w:val="24"/>
                <w:lang w:val="ru-RU"/>
              </w:rPr>
              <w:t>робочої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групи</w:t>
            </w:r>
            <w:proofErr w:type="spellEnd"/>
            <w:r w:rsidRPr="003D5E2D">
              <w:rPr>
                <w:sz w:val="24"/>
                <w:szCs w:val="24"/>
                <w:lang w:val="ru-RU"/>
              </w:rPr>
              <w:t>.</w:t>
            </w:r>
          </w:p>
        </w:tc>
      </w:tr>
      <w:tr w:rsidR="00AF355C" w:rsidRPr="00A239A4" w:rsidTr="002B70C7">
        <w:trPr>
          <w:cantSplit/>
          <w:jc w:val="center"/>
        </w:trPr>
        <w:tc>
          <w:tcPr>
            <w:tcW w:w="680" w:type="dxa"/>
            <w:vAlign w:val="center"/>
          </w:tcPr>
          <w:p w:rsidR="00AF355C" w:rsidRDefault="00AF355C" w:rsidP="002B70C7">
            <w:pPr>
              <w:jc w:val="center"/>
            </w:pPr>
            <w:r>
              <w:rPr>
                <w:sz w:val="24"/>
              </w:rPr>
              <w:t>7</w:t>
            </w:r>
          </w:p>
        </w:tc>
        <w:tc>
          <w:tcPr>
            <w:tcW w:w="3576" w:type="dxa"/>
            <w:vAlign w:val="center"/>
          </w:tcPr>
          <w:p w:rsidR="00AF355C" w:rsidRPr="00E26975" w:rsidRDefault="00AF355C" w:rsidP="002B70C7">
            <w:pPr>
              <w:rPr>
                <w:lang w:val="uk-UA"/>
              </w:rPr>
            </w:pPr>
            <w:r>
              <w:rPr>
                <w:sz w:val="24"/>
                <w:lang w:val="uk-UA"/>
              </w:rPr>
              <w:t>Островський Денис Юрійович</w:t>
            </w:r>
          </w:p>
        </w:tc>
        <w:tc>
          <w:tcPr>
            <w:tcW w:w="5102" w:type="dxa"/>
            <w:vAlign w:val="center"/>
          </w:tcPr>
          <w:p w:rsidR="00AF355C" w:rsidRPr="00DA58C9" w:rsidRDefault="00AF355C" w:rsidP="002B70C7">
            <w:pPr>
              <w:rPr>
                <w:lang w:val="ru-RU"/>
              </w:rPr>
            </w:pPr>
            <w:r>
              <w:rPr>
                <w:sz w:val="24"/>
                <w:lang w:val="uk-UA"/>
              </w:rPr>
              <w:t>н</w:t>
            </w:r>
            <w:proofErr w:type="spellStart"/>
            <w:r>
              <w:rPr>
                <w:sz w:val="24"/>
                <w:lang w:val="ru-RU"/>
              </w:rPr>
              <w:t>ачальник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32659">
              <w:rPr>
                <w:sz w:val="24"/>
                <w:szCs w:val="24"/>
                <w:lang w:val="ru-RU"/>
              </w:rPr>
              <w:t>Смолінського</w:t>
            </w:r>
            <w:proofErr w:type="spellEnd"/>
            <w:r>
              <w:rPr>
                <w:lang w:val="uk-UA"/>
              </w:rPr>
              <w:t xml:space="preserve"> </w:t>
            </w:r>
            <w:r>
              <w:rPr>
                <w:sz w:val="24"/>
                <w:lang w:val="ru-RU"/>
              </w:rPr>
              <w:t>ВКГ ОКВП «</w:t>
            </w:r>
            <w:proofErr w:type="spellStart"/>
            <w:r>
              <w:rPr>
                <w:sz w:val="24"/>
                <w:lang w:val="ru-RU"/>
              </w:rPr>
              <w:t>Дніпро-Кіровоград</w:t>
            </w:r>
            <w:proofErr w:type="spellEnd"/>
            <w:r>
              <w:rPr>
                <w:sz w:val="24"/>
                <w:lang w:val="ru-RU"/>
              </w:rPr>
              <w:t>»,</w:t>
            </w:r>
            <w:r w:rsidRPr="009A75F0">
              <w:rPr>
                <w:sz w:val="24"/>
                <w:lang w:val="ru-RU"/>
              </w:rPr>
              <w:t xml:space="preserve"> </w:t>
            </w:r>
            <w:r w:rsidRPr="003D5E2D">
              <w:rPr>
                <w:sz w:val="24"/>
                <w:szCs w:val="24"/>
                <w:lang w:val="ru-RU"/>
              </w:rPr>
              <w:t xml:space="preserve">член </w:t>
            </w:r>
            <w:proofErr w:type="spellStart"/>
            <w:r w:rsidRPr="003D5E2D">
              <w:rPr>
                <w:sz w:val="24"/>
                <w:szCs w:val="24"/>
                <w:lang w:val="ru-RU"/>
              </w:rPr>
              <w:t>робочої</w:t>
            </w:r>
            <w:proofErr w:type="spellEnd"/>
            <w:r w:rsidRPr="003D5E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5E2D">
              <w:rPr>
                <w:sz w:val="24"/>
                <w:szCs w:val="24"/>
                <w:lang w:val="ru-RU"/>
              </w:rPr>
              <w:t>групи</w:t>
            </w:r>
            <w:proofErr w:type="spellEnd"/>
            <w:r w:rsidRPr="003D5E2D">
              <w:rPr>
                <w:sz w:val="24"/>
                <w:szCs w:val="24"/>
                <w:lang w:val="ru-RU"/>
              </w:rPr>
              <w:t xml:space="preserve">, за </w:t>
            </w:r>
            <w:proofErr w:type="spellStart"/>
            <w:r w:rsidRPr="003D5E2D">
              <w:rPr>
                <w:sz w:val="24"/>
                <w:szCs w:val="24"/>
                <w:lang w:val="ru-RU"/>
              </w:rPr>
              <w:t>згодою</w:t>
            </w:r>
            <w:proofErr w:type="spellEnd"/>
            <w:r w:rsidRPr="003D5E2D">
              <w:rPr>
                <w:sz w:val="24"/>
                <w:szCs w:val="24"/>
                <w:lang w:val="ru-RU"/>
              </w:rPr>
              <w:t>.</w:t>
            </w:r>
          </w:p>
        </w:tc>
      </w:tr>
      <w:tr w:rsidR="00AF355C" w:rsidRPr="00A239A4" w:rsidTr="002B70C7">
        <w:trPr>
          <w:cantSplit/>
          <w:jc w:val="center"/>
        </w:trPr>
        <w:tc>
          <w:tcPr>
            <w:tcW w:w="680" w:type="dxa"/>
            <w:vAlign w:val="center"/>
          </w:tcPr>
          <w:p w:rsidR="00AF355C" w:rsidRPr="006D4FAD" w:rsidRDefault="00AF355C" w:rsidP="002B70C7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3576" w:type="dxa"/>
            <w:vAlign w:val="center"/>
          </w:tcPr>
          <w:p w:rsidR="00AF355C" w:rsidRDefault="00AF355C" w:rsidP="002B70C7">
            <w:pPr>
              <w:rPr>
                <w:sz w:val="24"/>
                <w:lang w:val="uk-UA"/>
              </w:rPr>
            </w:pPr>
          </w:p>
        </w:tc>
        <w:tc>
          <w:tcPr>
            <w:tcW w:w="5102" w:type="dxa"/>
            <w:vAlign w:val="center"/>
          </w:tcPr>
          <w:p w:rsidR="00AF355C" w:rsidRPr="00DA58C9" w:rsidRDefault="00AF355C" w:rsidP="002B70C7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 КП «</w:t>
            </w:r>
            <w:proofErr w:type="spellStart"/>
            <w:r>
              <w:rPr>
                <w:sz w:val="24"/>
                <w:lang w:val="ru-RU"/>
              </w:rPr>
              <w:t>Смолінський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Благоустрій</w:t>
            </w:r>
            <w:proofErr w:type="spellEnd"/>
            <w:r>
              <w:rPr>
                <w:sz w:val="24"/>
                <w:lang w:val="ru-RU"/>
              </w:rPr>
              <w:t>»,</w:t>
            </w:r>
            <w:r w:rsidRPr="009A75F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член </w:t>
            </w:r>
            <w:proofErr w:type="spellStart"/>
            <w:r>
              <w:rPr>
                <w:sz w:val="24"/>
                <w:szCs w:val="24"/>
                <w:lang w:val="ru-RU"/>
              </w:rPr>
              <w:t>робочої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групи</w:t>
            </w:r>
            <w:proofErr w:type="spellEnd"/>
            <w:r w:rsidRPr="003D5E2D">
              <w:rPr>
                <w:sz w:val="24"/>
                <w:szCs w:val="24"/>
                <w:lang w:val="ru-RU"/>
              </w:rPr>
              <w:t>.</w:t>
            </w:r>
          </w:p>
        </w:tc>
      </w:tr>
      <w:tr w:rsidR="00AF355C" w:rsidRPr="00A239A4" w:rsidTr="002B70C7">
        <w:trPr>
          <w:cantSplit/>
          <w:jc w:val="center"/>
        </w:trPr>
        <w:tc>
          <w:tcPr>
            <w:tcW w:w="680" w:type="dxa"/>
            <w:vAlign w:val="center"/>
          </w:tcPr>
          <w:p w:rsidR="00AF355C" w:rsidRPr="006D4FAD" w:rsidRDefault="00AF355C" w:rsidP="002B70C7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9</w:t>
            </w:r>
          </w:p>
        </w:tc>
        <w:tc>
          <w:tcPr>
            <w:tcW w:w="3576" w:type="dxa"/>
            <w:vAlign w:val="center"/>
          </w:tcPr>
          <w:p w:rsidR="00AF355C" w:rsidRDefault="00AF355C" w:rsidP="002B70C7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Довгий Василь Миколайович</w:t>
            </w:r>
          </w:p>
        </w:tc>
        <w:tc>
          <w:tcPr>
            <w:tcW w:w="5102" w:type="dxa"/>
            <w:vAlign w:val="center"/>
          </w:tcPr>
          <w:p w:rsidR="00AF355C" w:rsidRPr="00DA58C9" w:rsidRDefault="00AF355C" w:rsidP="002B70C7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директор </w:t>
            </w:r>
            <w:proofErr w:type="gramStart"/>
            <w:r w:rsidRPr="006D4FAD">
              <w:rPr>
                <w:sz w:val="24"/>
                <w:lang w:val="ru-RU"/>
              </w:rPr>
              <w:t>ТОВ</w:t>
            </w:r>
            <w:proofErr w:type="gramEnd"/>
            <w:r w:rsidRPr="006D4FAD">
              <w:rPr>
                <w:sz w:val="24"/>
                <w:lang w:val="ru-RU"/>
              </w:rPr>
              <w:t xml:space="preserve"> «</w:t>
            </w:r>
            <w:proofErr w:type="spellStart"/>
            <w:r w:rsidRPr="006D4FAD">
              <w:rPr>
                <w:sz w:val="24"/>
                <w:lang w:val="ru-RU"/>
              </w:rPr>
              <w:t>Гудекс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Екосервіс</w:t>
            </w:r>
            <w:proofErr w:type="spellEnd"/>
            <w:r>
              <w:rPr>
                <w:sz w:val="24"/>
                <w:lang w:val="ru-RU"/>
              </w:rPr>
              <w:t>»,</w:t>
            </w:r>
            <w:r w:rsidRPr="009A75F0">
              <w:rPr>
                <w:sz w:val="24"/>
                <w:lang w:val="ru-RU"/>
              </w:rPr>
              <w:t xml:space="preserve"> </w:t>
            </w:r>
            <w:r w:rsidRPr="003D5E2D">
              <w:rPr>
                <w:sz w:val="24"/>
                <w:szCs w:val="24"/>
                <w:lang w:val="ru-RU"/>
              </w:rPr>
              <w:t xml:space="preserve">член </w:t>
            </w:r>
            <w:proofErr w:type="spellStart"/>
            <w:r w:rsidRPr="003D5E2D">
              <w:rPr>
                <w:sz w:val="24"/>
                <w:szCs w:val="24"/>
                <w:lang w:val="ru-RU"/>
              </w:rPr>
              <w:t>робочої</w:t>
            </w:r>
            <w:proofErr w:type="spellEnd"/>
            <w:r w:rsidRPr="003D5E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5E2D">
              <w:rPr>
                <w:sz w:val="24"/>
                <w:szCs w:val="24"/>
                <w:lang w:val="ru-RU"/>
              </w:rPr>
              <w:t>групи</w:t>
            </w:r>
            <w:proofErr w:type="spellEnd"/>
            <w:r w:rsidRPr="003D5E2D">
              <w:rPr>
                <w:sz w:val="24"/>
                <w:szCs w:val="24"/>
                <w:lang w:val="ru-RU"/>
              </w:rPr>
              <w:t xml:space="preserve">, за </w:t>
            </w:r>
            <w:proofErr w:type="spellStart"/>
            <w:r w:rsidRPr="003D5E2D">
              <w:rPr>
                <w:sz w:val="24"/>
                <w:szCs w:val="24"/>
                <w:lang w:val="ru-RU"/>
              </w:rPr>
              <w:t>згодою</w:t>
            </w:r>
            <w:proofErr w:type="spellEnd"/>
            <w:r w:rsidRPr="003D5E2D">
              <w:rPr>
                <w:sz w:val="24"/>
                <w:szCs w:val="24"/>
                <w:lang w:val="ru-RU"/>
              </w:rPr>
              <w:t>.</w:t>
            </w:r>
          </w:p>
        </w:tc>
      </w:tr>
      <w:tr w:rsidR="00AF355C" w:rsidRPr="00A239A4" w:rsidTr="002B70C7">
        <w:trPr>
          <w:cantSplit/>
          <w:jc w:val="center"/>
        </w:trPr>
        <w:tc>
          <w:tcPr>
            <w:tcW w:w="680" w:type="dxa"/>
            <w:vAlign w:val="center"/>
          </w:tcPr>
          <w:p w:rsidR="00AF355C" w:rsidRPr="006D4FAD" w:rsidRDefault="00AF355C" w:rsidP="002B70C7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10</w:t>
            </w:r>
          </w:p>
        </w:tc>
        <w:tc>
          <w:tcPr>
            <w:tcW w:w="3576" w:type="dxa"/>
            <w:vAlign w:val="center"/>
          </w:tcPr>
          <w:p w:rsidR="00AF355C" w:rsidRPr="009A75F0" w:rsidRDefault="00AF355C" w:rsidP="002B70C7">
            <w:pPr>
              <w:rPr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Шамара</w:t>
            </w:r>
            <w:proofErr w:type="spellEnd"/>
            <w:r>
              <w:rPr>
                <w:sz w:val="24"/>
                <w:lang w:val="uk-UA"/>
              </w:rPr>
              <w:t xml:space="preserve"> Олег Дмитрович</w:t>
            </w:r>
          </w:p>
        </w:tc>
        <w:tc>
          <w:tcPr>
            <w:tcW w:w="5102" w:type="dxa"/>
            <w:vAlign w:val="center"/>
          </w:tcPr>
          <w:p w:rsidR="00AF355C" w:rsidRPr="0070725E" w:rsidRDefault="00AF355C" w:rsidP="002B70C7">
            <w:pPr>
              <w:rPr>
                <w:sz w:val="24"/>
                <w:szCs w:val="24"/>
                <w:lang w:val="ru-RU"/>
              </w:rPr>
            </w:pPr>
            <w:r w:rsidRPr="0070725E">
              <w:rPr>
                <w:sz w:val="24"/>
                <w:szCs w:val="24"/>
                <w:lang w:val="ru-RU"/>
              </w:rPr>
              <w:t xml:space="preserve">староста </w:t>
            </w:r>
            <w:proofErr w:type="spellStart"/>
            <w:r w:rsidRPr="0070725E">
              <w:rPr>
                <w:sz w:val="24"/>
                <w:szCs w:val="24"/>
                <w:lang w:val="ru-RU"/>
              </w:rPr>
              <w:t>Хмелівського</w:t>
            </w:r>
            <w:proofErr w:type="spellEnd"/>
            <w:r w:rsidRPr="0070725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725E">
              <w:rPr>
                <w:sz w:val="24"/>
                <w:szCs w:val="24"/>
                <w:lang w:val="ru-RU"/>
              </w:rPr>
              <w:t>старостинського</w:t>
            </w:r>
            <w:proofErr w:type="spellEnd"/>
            <w:r w:rsidRPr="0070725E">
              <w:rPr>
                <w:sz w:val="24"/>
                <w:szCs w:val="24"/>
                <w:lang w:val="ru-RU"/>
              </w:rPr>
              <w:t xml:space="preserve"> округу, член </w:t>
            </w:r>
            <w:proofErr w:type="spellStart"/>
            <w:r w:rsidRPr="0070725E">
              <w:rPr>
                <w:sz w:val="24"/>
                <w:szCs w:val="24"/>
                <w:lang w:val="ru-RU"/>
              </w:rPr>
              <w:t>робочої</w:t>
            </w:r>
            <w:proofErr w:type="spellEnd"/>
            <w:r w:rsidRPr="0070725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725E">
              <w:rPr>
                <w:sz w:val="24"/>
                <w:szCs w:val="24"/>
                <w:lang w:val="ru-RU"/>
              </w:rPr>
              <w:t>групи</w:t>
            </w:r>
            <w:proofErr w:type="spellEnd"/>
          </w:p>
        </w:tc>
      </w:tr>
      <w:tr w:rsidR="00AF355C" w:rsidRPr="00A239A4" w:rsidTr="002B70C7">
        <w:trPr>
          <w:cantSplit/>
          <w:jc w:val="center"/>
        </w:trPr>
        <w:tc>
          <w:tcPr>
            <w:tcW w:w="680" w:type="dxa"/>
            <w:vAlign w:val="center"/>
          </w:tcPr>
          <w:p w:rsidR="00AF355C" w:rsidRPr="006D4FAD" w:rsidRDefault="00AF355C" w:rsidP="002B70C7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11</w:t>
            </w:r>
          </w:p>
        </w:tc>
        <w:tc>
          <w:tcPr>
            <w:tcW w:w="3576" w:type="dxa"/>
            <w:vAlign w:val="center"/>
          </w:tcPr>
          <w:p w:rsidR="00AF355C" w:rsidRDefault="00AF355C" w:rsidP="002B70C7">
            <w:r>
              <w:rPr>
                <w:sz w:val="24"/>
                <w:lang w:val="uk-UA"/>
              </w:rPr>
              <w:t>Чумак Олег Володимирович</w:t>
            </w:r>
          </w:p>
        </w:tc>
        <w:tc>
          <w:tcPr>
            <w:tcW w:w="5102" w:type="dxa"/>
            <w:vAlign w:val="center"/>
          </w:tcPr>
          <w:p w:rsidR="00AF355C" w:rsidRPr="0070725E" w:rsidRDefault="00AF355C" w:rsidP="002B70C7">
            <w:pPr>
              <w:rPr>
                <w:sz w:val="24"/>
                <w:szCs w:val="24"/>
                <w:lang w:val="ru-RU"/>
              </w:rPr>
            </w:pPr>
            <w:r w:rsidRPr="0070725E">
              <w:rPr>
                <w:sz w:val="24"/>
                <w:szCs w:val="24"/>
                <w:lang w:val="ru-RU"/>
              </w:rPr>
              <w:t xml:space="preserve">староста </w:t>
            </w:r>
            <w:proofErr w:type="spellStart"/>
            <w:r w:rsidRPr="0070725E">
              <w:rPr>
                <w:sz w:val="24"/>
                <w:szCs w:val="24"/>
                <w:lang w:val="ru-RU"/>
              </w:rPr>
              <w:t>Копанського</w:t>
            </w:r>
            <w:proofErr w:type="spellEnd"/>
            <w:r w:rsidRPr="0070725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725E">
              <w:rPr>
                <w:sz w:val="24"/>
                <w:szCs w:val="24"/>
                <w:lang w:val="ru-RU"/>
              </w:rPr>
              <w:t>старостинського</w:t>
            </w:r>
            <w:proofErr w:type="spellEnd"/>
            <w:r w:rsidRPr="0070725E">
              <w:rPr>
                <w:sz w:val="24"/>
                <w:szCs w:val="24"/>
                <w:lang w:val="ru-RU"/>
              </w:rPr>
              <w:t xml:space="preserve"> округу, член </w:t>
            </w:r>
            <w:proofErr w:type="spellStart"/>
            <w:r w:rsidRPr="0070725E">
              <w:rPr>
                <w:sz w:val="24"/>
                <w:szCs w:val="24"/>
                <w:lang w:val="ru-RU"/>
              </w:rPr>
              <w:t>робочої</w:t>
            </w:r>
            <w:proofErr w:type="spellEnd"/>
            <w:r w:rsidRPr="0070725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725E">
              <w:rPr>
                <w:sz w:val="24"/>
                <w:szCs w:val="24"/>
                <w:lang w:val="ru-RU"/>
              </w:rPr>
              <w:t>групи</w:t>
            </w:r>
            <w:proofErr w:type="spellEnd"/>
          </w:p>
        </w:tc>
      </w:tr>
      <w:tr w:rsidR="00AF355C" w:rsidRPr="00A239A4" w:rsidTr="002B70C7">
        <w:trPr>
          <w:cantSplit/>
          <w:jc w:val="center"/>
        </w:trPr>
        <w:tc>
          <w:tcPr>
            <w:tcW w:w="680" w:type="dxa"/>
            <w:vAlign w:val="center"/>
          </w:tcPr>
          <w:p w:rsidR="00AF355C" w:rsidRPr="006D4FAD" w:rsidRDefault="00AF355C" w:rsidP="002B70C7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12</w:t>
            </w:r>
          </w:p>
        </w:tc>
        <w:tc>
          <w:tcPr>
            <w:tcW w:w="3576" w:type="dxa"/>
            <w:vAlign w:val="center"/>
          </w:tcPr>
          <w:p w:rsidR="00AF355C" w:rsidRPr="009A75F0" w:rsidRDefault="00AF355C" w:rsidP="002B70C7">
            <w:pPr>
              <w:rPr>
                <w:lang w:val="uk-UA"/>
              </w:rPr>
            </w:pPr>
            <w:r>
              <w:rPr>
                <w:sz w:val="24"/>
                <w:lang w:val="uk-UA"/>
              </w:rPr>
              <w:t>Федченко Віктор Леонідович</w:t>
            </w:r>
          </w:p>
        </w:tc>
        <w:tc>
          <w:tcPr>
            <w:tcW w:w="5102" w:type="dxa"/>
            <w:vAlign w:val="center"/>
          </w:tcPr>
          <w:p w:rsidR="00AF355C" w:rsidRPr="0070725E" w:rsidRDefault="00AF355C" w:rsidP="002B70C7">
            <w:pPr>
              <w:rPr>
                <w:sz w:val="24"/>
                <w:szCs w:val="24"/>
                <w:lang w:val="ru-RU"/>
              </w:rPr>
            </w:pPr>
            <w:r w:rsidRPr="0070725E">
              <w:rPr>
                <w:sz w:val="24"/>
                <w:szCs w:val="24"/>
                <w:lang w:val="ru-RU"/>
              </w:rPr>
              <w:t xml:space="preserve">староста </w:t>
            </w:r>
            <w:proofErr w:type="spellStart"/>
            <w:r w:rsidRPr="0070725E">
              <w:rPr>
                <w:sz w:val="24"/>
                <w:szCs w:val="24"/>
                <w:lang w:val="ru-RU"/>
              </w:rPr>
              <w:t>Якимівського</w:t>
            </w:r>
            <w:proofErr w:type="spellEnd"/>
            <w:r w:rsidRPr="0070725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725E">
              <w:rPr>
                <w:sz w:val="24"/>
                <w:szCs w:val="24"/>
                <w:lang w:val="ru-RU"/>
              </w:rPr>
              <w:t>старостинського</w:t>
            </w:r>
            <w:proofErr w:type="spellEnd"/>
            <w:r w:rsidRPr="0070725E">
              <w:rPr>
                <w:sz w:val="24"/>
                <w:szCs w:val="24"/>
                <w:lang w:val="ru-RU"/>
              </w:rPr>
              <w:t xml:space="preserve"> округу, член </w:t>
            </w:r>
            <w:proofErr w:type="spellStart"/>
            <w:r w:rsidRPr="0070725E">
              <w:rPr>
                <w:sz w:val="24"/>
                <w:szCs w:val="24"/>
                <w:lang w:val="ru-RU"/>
              </w:rPr>
              <w:t>робочої</w:t>
            </w:r>
            <w:proofErr w:type="spellEnd"/>
            <w:r w:rsidRPr="0070725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725E">
              <w:rPr>
                <w:sz w:val="24"/>
                <w:szCs w:val="24"/>
                <w:lang w:val="ru-RU"/>
              </w:rPr>
              <w:t>групи</w:t>
            </w:r>
            <w:proofErr w:type="spellEnd"/>
          </w:p>
        </w:tc>
      </w:tr>
      <w:tr w:rsidR="00AF355C" w:rsidRPr="00A239A4" w:rsidTr="002B70C7">
        <w:trPr>
          <w:cantSplit/>
          <w:jc w:val="center"/>
        </w:trPr>
        <w:tc>
          <w:tcPr>
            <w:tcW w:w="680" w:type="dxa"/>
            <w:vAlign w:val="center"/>
          </w:tcPr>
          <w:p w:rsidR="00AF355C" w:rsidRPr="008F3F31" w:rsidRDefault="00AF355C" w:rsidP="002B70C7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</w:tc>
        <w:tc>
          <w:tcPr>
            <w:tcW w:w="3576" w:type="dxa"/>
            <w:vAlign w:val="center"/>
          </w:tcPr>
          <w:p w:rsidR="00AF355C" w:rsidRDefault="00AF355C" w:rsidP="002B70C7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Шевченко Анна Миколаївна</w:t>
            </w:r>
          </w:p>
        </w:tc>
        <w:tc>
          <w:tcPr>
            <w:tcW w:w="5102" w:type="dxa"/>
            <w:vAlign w:val="center"/>
          </w:tcPr>
          <w:p w:rsidR="00AF355C" w:rsidRPr="0070725E" w:rsidRDefault="00AF355C" w:rsidP="002B70C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начальник </w:t>
            </w:r>
            <w:proofErr w:type="spellStart"/>
            <w:r>
              <w:rPr>
                <w:sz w:val="24"/>
                <w:szCs w:val="24"/>
                <w:lang w:val="ru-RU"/>
              </w:rPr>
              <w:t>відділу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освіти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культури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молоді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та спорту, </w:t>
            </w:r>
            <w:r w:rsidRPr="003D5E2D">
              <w:rPr>
                <w:sz w:val="24"/>
                <w:szCs w:val="24"/>
                <w:lang w:val="ru-RU"/>
              </w:rPr>
              <w:t xml:space="preserve">член </w:t>
            </w:r>
            <w:proofErr w:type="spellStart"/>
            <w:r w:rsidRPr="003D5E2D">
              <w:rPr>
                <w:sz w:val="24"/>
                <w:szCs w:val="24"/>
                <w:lang w:val="ru-RU"/>
              </w:rPr>
              <w:t>робочої</w:t>
            </w:r>
            <w:proofErr w:type="spellEnd"/>
            <w:r w:rsidRPr="003D5E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5E2D">
              <w:rPr>
                <w:sz w:val="24"/>
                <w:szCs w:val="24"/>
                <w:lang w:val="ru-RU"/>
              </w:rPr>
              <w:t>групи</w:t>
            </w:r>
            <w:proofErr w:type="spellEnd"/>
            <w:r w:rsidRPr="003D5E2D">
              <w:rPr>
                <w:sz w:val="24"/>
                <w:szCs w:val="24"/>
                <w:lang w:val="ru-RU"/>
              </w:rPr>
              <w:t>.</w:t>
            </w:r>
          </w:p>
        </w:tc>
      </w:tr>
      <w:tr w:rsidR="00AF355C" w:rsidRPr="00A239A4" w:rsidTr="002B70C7">
        <w:trPr>
          <w:cantSplit/>
          <w:jc w:val="center"/>
        </w:trPr>
        <w:tc>
          <w:tcPr>
            <w:tcW w:w="680" w:type="dxa"/>
            <w:vAlign w:val="center"/>
          </w:tcPr>
          <w:p w:rsidR="00AF355C" w:rsidRPr="008F3F31" w:rsidRDefault="00AF355C" w:rsidP="002B70C7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</w:p>
        </w:tc>
        <w:tc>
          <w:tcPr>
            <w:tcW w:w="3576" w:type="dxa"/>
            <w:vAlign w:val="center"/>
          </w:tcPr>
          <w:p w:rsidR="00AF355C" w:rsidRDefault="00AF355C" w:rsidP="002B70C7">
            <w:pPr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Дударчук</w:t>
            </w:r>
            <w:proofErr w:type="spellEnd"/>
            <w:r>
              <w:rPr>
                <w:sz w:val="24"/>
                <w:lang w:val="uk-UA"/>
              </w:rPr>
              <w:t xml:space="preserve"> Микола Терентійович</w:t>
            </w:r>
          </w:p>
        </w:tc>
        <w:tc>
          <w:tcPr>
            <w:tcW w:w="5102" w:type="dxa"/>
            <w:vAlign w:val="center"/>
          </w:tcPr>
          <w:p w:rsidR="00AF355C" w:rsidRPr="0070725E" w:rsidRDefault="00AF355C" w:rsidP="002B70C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uk-UA"/>
              </w:rPr>
              <w:t>д</w:t>
            </w:r>
            <w:proofErr w:type="spellStart"/>
            <w:r>
              <w:rPr>
                <w:sz w:val="24"/>
                <w:szCs w:val="24"/>
                <w:lang w:val="ru-RU"/>
              </w:rPr>
              <w:t>иректор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КНП «</w:t>
            </w:r>
            <w:proofErr w:type="spellStart"/>
            <w:r>
              <w:rPr>
                <w:sz w:val="24"/>
                <w:szCs w:val="24"/>
                <w:lang w:val="ru-RU"/>
              </w:rPr>
              <w:t>Смолінська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медико-</w:t>
            </w:r>
            <w:proofErr w:type="spellStart"/>
            <w:r>
              <w:rPr>
                <w:sz w:val="24"/>
                <w:szCs w:val="24"/>
                <w:lang w:val="ru-RU"/>
              </w:rPr>
              <w:t>санітарна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частина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» </w:t>
            </w:r>
            <w:proofErr w:type="spellStart"/>
            <w:r>
              <w:rPr>
                <w:sz w:val="24"/>
                <w:szCs w:val="24"/>
                <w:lang w:val="ru-RU"/>
              </w:rPr>
              <w:t>Смолінської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селищної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ради, член </w:t>
            </w:r>
            <w:proofErr w:type="spellStart"/>
            <w:r>
              <w:rPr>
                <w:sz w:val="24"/>
                <w:szCs w:val="24"/>
                <w:lang w:val="ru-RU"/>
              </w:rPr>
              <w:t>робочої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групи</w:t>
            </w:r>
            <w:proofErr w:type="spellEnd"/>
            <w:r w:rsidRPr="003D5E2D">
              <w:rPr>
                <w:sz w:val="24"/>
                <w:szCs w:val="24"/>
                <w:lang w:val="ru-RU"/>
              </w:rPr>
              <w:t>.</w:t>
            </w:r>
          </w:p>
        </w:tc>
      </w:tr>
      <w:tr w:rsidR="00AF355C" w:rsidRPr="00A239A4" w:rsidTr="002B70C7">
        <w:trPr>
          <w:cantSplit/>
          <w:jc w:val="center"/>
        </w:trPr>
        <w:tc>
          <w:tcPr>
            <w:tcW w:w="680" w:type="dxa"/>
            <w:vAlign w:val="center"/>
          </w:tcPr>
          <w:p w:rsidR="00AF355C" w:rsidRPr="008F3F31" w:rsidRDefault="00AF355C" w:rsidP="002B70C7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  <w:tc>
          <w:tcPr>
            <w:tcW w:w="3576" w:type="dxa"/>
            <w:vAlign w:val="center"/>
          </w:tcPr>
          <w:p w:rsidR="00AF355C" w:rsidRDefault="00AF355C" w:rsidP="002B70C7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Данильченко Ганна Олегівна</w:t>
            </w:r>
          </w:p>
        </w:tc>
        <w:tc>
          <w:tcPr>
            <w:tcW w:w="5102" w:type="dxa"/>
            <w:vAlign w:val="center"/>
          </w:tcPr>
          <w:p w:rsidR="00AF355C" w:rsidRPr="00132659" w:rsidRDefault="00AF355C" w:rsidP="002B70C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</w:t>
            </w:r>
            <w:r w:rsidRPr="00132659">
              <w:rPr>
                <w:sz w:val="24"/>
                <w:szCs w:val="24"/>
                <w:lang w:val="uk-UA"/>
              </w:rPr>
              <w:t>иректор КНП «</w:t>
            </w:r>
            <w:proofErr w:type="spellStart"/>
            <w:r w:rsidRPr="00132659">
              <w:rPr>
                <w:sz w:val="24"/>
                <w:szCs w:val="24"/>
                <w:lang w:val="uk-UA"/>
              </w:rPr>
              <w:t>Смолінський</w:t>
            </w:r>
            <w:proofErr w:type="spellEnd"/>
            <w:r w:rsidRPr="00132659">
              <w:rPr>
                <w:sz w:val="24"/>
                <w:szCs w:val="24"/>
                <w:lang w:val="uk-UA"/>
              </w:rPr>
              <w:t xml:space="preserve"> центр первинної медико-санітарної допомоги» </w:t>
            </w:r>
            <w:proofErr w:type="spellStart"/>
            <w:r w:rsidRPr="00132659">
              <w:rPr>
                <w:sz w:val="24"/>
                <w:szCs w:val="24"/>
                <w:lang w:val="uk-UA"/>
              </w:rPr>
              <w:t>Смолінської</w:t>
            </w:r>
            <w:proofErr w:type="spellEnd"/>
            <w:r w:rsidRPr="00132659">
              <w:rPr>
                <w:sz w:val="24"/>
                <w:szCs w:val="24"/>
                <w:lang w:val="uk-UA"/>
              </w:rPr>
              <w:t xml:space="preserve"> селищної ради</w:t>
            </w:r>
            <w:r>
              <w:rPr>
                <w:sz w:val="24"/>
                <w:szCs w:val="24"/>
                <w:lang w:val="uk-UA"/>
              </w:rPr>
              <w:t>, член робочої групи</w:t>
            </w:r>
            <w:r w:rsidRPr="00132659">
              <w:rPr>
                <w:sz w:val="24"/>
                <w:szCs w:val="24"/>
                <w:lang w:val="uk-UA"/>
              </w:rPr>
              <w:t>.</w:t>
            </w:r>
          </w:p>
        </w:tc>
      </w:tr>
      <w:tr w:rsidR="00AF355C" w:rsidRPr="00A239A4" w:rsidTr="002B70C7">
        <w:trPr>
          <w:cantSplit/>
          <w:jc w:val="center"/>
        </w:trPr>
        <w:tc>
          <w:tcPr>
            <w:tcW w:w="680" w:type="dxa"/>
            <w:vAlign w:val="center"/>
          </w:tcPr>
          <w:p w:rsidR="00AF355C" w:rsidRDefault="00AF355C" w:rsidP="002B70C7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16</w:t>
            </w:r>
          </w:p>
        </w:tc>
        <w:tc>
          <w:tcPr>
            <w:tcW w:w="3576" w:type="dxa"/>
            <w:vAlign w:val="center"/>
          </w:tcPr>
          <w:p w:rsidR="00AF355C" w:rsidRDefault="00AF355C" w:rsidP="002B70C7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Юрик Ігор Юрійович</w:t>
            </w:r>
          </w:p>
        </w:tc>
        <w:tc>
          <w:tcPr>
            <w:tcW w:w="5102" w:type="dxa"/>
            <w:vAlign w:val="center"/>
          </w:tcPr>
          <w:p w:rsidR="00AF355C" w:rsidRPr="00132659" w:rsidRDefault="00AF355C" w:rsidP="002B70C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</w:t>
            </w:r>
            <w:r w:rsidRPr="00132659">
              <w:rPr>
                <w:sz w:val="24"/>
                <w:szCs w:val="24"/>
                <w:lang w:val="uk-UA"/>
              </w:rPr>
              <w:t xml:space="preserve">иректор </w:t>
            </w:r>
            <w:proofErr w:type="spellStart"/>
            <w:r w:rsidRPr="00132659">
              <w:rPr>
                <w:sz w:val="24"/>
                <w:szCs w:val="24"/>
                <w:lang w:val="uk-UA"/>
              </w:rPr>
              <w:t>Смолінської</w:t>
            </w:r>
            <w:proofErr w:type="spellEnd"/>
            <w:r w:rsidRPr="00132659">
              <w:rPr>
                <w:sz w:val="24"/>
                <w:szCs w:val="24"/>
                <w:lang w:val="uk-UA"/>
              </w:rPr>
              <w:t xml:space="preserve"> шахти ДП «Східний гірничо-збагачувальний комбінат», депутат </w:t>
            </w:r>
            <w:proofErr w:type="spellStart"/>
            <w:r w:rsidRPr="00132659">
              <w:rPr>
                <w:sz w:val="24"/>
                <w:szCs w:val="24"/>
                <w:lang w:val="uk-UA"/>
              </w:rPr>
              <w:t>Смолінської</w:t>
            </w:r>
            <w:proofErr w:type="spellEnd"/>
            <w:r w:rsidRPr="00132659">
              <w:rPr>
                <w:sz w:val="24"/>
                <w:szCs w:val="24"/>
                <w:lang w:val="uk-UA"/>
              </w:rPr>
              <w:t xml:space="preserve"> селищної ради, член робочої групи, за згодою.</w:t>
            </w:r>
          </w:p>
        </w:tc>
      </w:tr>
    </w:tbl>
    <w:p w:rsidR="00AF355C" w:rsidRPr="00132659" w:rsidRDefault="00AF355C" w:rsidP="00AF355C">
      <w:pPr>
        <w:rPr>
          <w:lang w:val="uk-UA"/>
        </w:rPr>
      </w:pPr>
    </w:p>
    <w:p w:rsidR="00A239A4" w:rsidRPr="00A239A4" w:rsidRDefault="00A239A4" w:rsidP="00A239A4">
      <w:pPr>
        <w:jc w:val="right"/>
        <w:rPr>
          <w:sz w:val="24"/>
          <w:szCs w:val="24"/>
          <w:lang w:val="ru-RU"/>
        </w:rPr>
      </w:pPr>
      <w:proofErr w:type="spellStart"/>
      <w:r w:rsidRPr="00A239A4">
        <w:rPr>
          <w:sz w:val="24"/>
          <w:szCs w:val="24"/>
          <w:lang w:val="ru-RU"/>
        </w:rPr>
        <w:t>Додаток</w:t>
      </w:r>
      <w:proofErr w:type="spellEnd"/>
      <w:r w:rsidRPr="00A239A4">
        <w:rPr>
          <w:sz w:val="24"/>
          <w:szCs w:val="24"/>
          <w:lang w:val="ru-RU"/>
        </w:rPr>
        <w:t xml:space="preserve"> 2</w:t>
      </w:r>
    </w:p>
    <w:p w:rsidR="00A239A4" w:rsidRPr="00DA58C9" w:rsidRDefault="00A239A4" w:rsidP="00A239A4">
      <w:pPr>
        <w:jc w:val="right"/>
        <w:rPr>
          <w:lang w:val="ru-RU"/>
        </w:rPr>
      </w:pPr>
      <w:r w:rsidRPr="00DA58C9">
        <w:rPr>
          <w:sz w:val="24"/>
          <w:lang w:val="ru-RU"/>
        </w:rPr>
        <w:t xml:space="preserve">до </w:t>
      </w:r>
      <w:proofErr w:type="spellStart"/>
      <w:proofErr w:type="gramStart"/>
      <w:r w:rsidRPr="00DA58C9">
        <w:rPr>
          <w:sz w:val="24"/>
          <w:lang w:val="ru-RU"/>
        </w:rPr>
        <w:t>р</w:t>
      </w:r>
      <w:proofErr w:type="gramEnd"/>
      <w:r w:rsidRPr="00DA58C9">
        <w:rPr>
          <w:sz w:val="24"/>
          <w:lang w:val="ru-RU"/>
        </w:rPr>
        <w:t>ішення</w:t>
      </w:r>
      <w:proofErr w:type="spellEnd"/>
      <w:r w:rsidRPr="00DA58C9">
        <w:rPr>
          <w:sz w:val="24"/>
          <w:lang w:val="ru-RU"/>
        </w:rPr>
        <w:t xml:space="preserve"> </w:t>
      </w:r>
      <w:proofErr w:type="spellStart"/>
      <w:r w:rsidRPr="00DA58C9">
        <w:rPr>
          <w:sz w:val="24"/>
          <w:lang w:val="ru-RU"/>
        </w:rPr>
        <w:t>виконавчого</w:t>
      </w:r>
      <w:proofErr w:type="spellEnd"/>
      <w:r w:rsidRPr="00DA58C9">
        <w:rPr>
          <w:sz w:val="24"/>
          <w:lang w:val="ru-RU"/>
        </w:rPr>
        <w:t xml:space="preserve"> </w:t>
      </w:r>
      <w:proofErr w:type="spellStart"/>
      <w:r w:rsidRPr="00DA58C9">
        <w:rPr>
          <w:sz w:val="24"/>
          <w:lang w:val="ru-RU"/>
        </w:rPr>
        <w:t>комітету</w:t>
      </w:r>
      <w:proofErr w:type="spellEnd"/>
    </w:p>
    <w:p w:rsidR="00A239A4" w:rsidRPr="00DA58C9" w:rsidRDefault="00A239A4" w:rsidP="00A239A4">
      <w:pPr>
        <w:jc w:val="right"/>
        <w:rPr>
          <w:lang w:val="ru-RU"/>
        </w:rPr>
      </w:pPr>
      <w:proofErr w:type="spellStart"/>
      <w:r w:rsidRPr="00DA58C9">
        <w:rPr>
          <w:sz w:val="24"/>
          <w:lang w:val="ru-RU"/>
        </w:rPr>
        <w:t>Смолінської</w:t>
      </w:r>
      <w:proofErr w:type="spellEnd"/>
      <w:r w:rsidRPr="00DA58C9">
        <w:rPr>
          <w:sz w:val="24"/>
          <w:lang w:val="ru-RU"/>
        </w:rPr>
        <w:t xml:space="preserve"> </w:t>
      </w:r>
      <w:proofErr w:type="spellStart"/>
      <w:r w:rsidRPr="00DA58C9">
        <w:rPr>
          <w:sz w:val="24"/>
          <w:lang w:val="ru-RU"/>
        </w:rPr>
        <w:t>селищної</w:t>
      </w:r>
      <w:proofErr w:type="spellEnd"/>
      <w:r w:rsidRPr="00DA58C9">
        <w:rPr>
          <w:sz w:val="24"/>
          <w:lang w:val="ru-RU"/>
        </w:rPr>
        <w:t xml:space="preserve"> </w:t>
      </w:r>
      <w:proofErr w:type="gramStart"/>
      <w:r w:rsidRPr="00DA58C9">
        <w:rPr>
          <w:sz w:val="24"/>
          <w:lang w:val="ru-RU"/>
        </w:rPr>
        <w:t>ради</w:t>
      </w:r>
      <w:proofErr w:type="gramEnd"/>
    </w:p>
    <w:p w:rsidR="00A239A4" w:rsidRPr="00DA58C9" w:rsidRDefault="00A239A4" w:rsidP="00A239A4">
      <w:pPr>
        <w:spacing w:after="240"/>
        <w:jc w:val="right"/>
        <w:rPr>
          <w:lang w:val="ru-RU"/>
        </w:rPr>
      </w:pPr>
      <w:proofErr w:type="spellStart"/>
      <w:r w:rsidRPr="00DA58C9">
        <w:rPr>
          <w:sz w:val="24"/>
          <w:lang w:val="ru-RU"/>
        </w:rPr>
        <w:t>від</w:t>
      </w:r>
      <w:proofErr w:type="spellEnd"/>
      <w:r w:rsidRPr="00DA58C9">
        <w:rPr>
          <w:sz w:val="24"/>
          <w:lang w:val="ru-RU"/>
        </w:rPr>
        <w:t xml:space="preserve"> «___» __</w:t>
      </w:r>
      <w:bookmarkStart w:id="0" w:name="_GoBack"/>
      <w:bookmarkEnd w:id="0"/>
      <w:r w:rsidRPr="00DA58C9">
        <w:rPr>
          <w:sz w:val="24"/>
          <w:lang w:val="ru-RU"/>
        </w:rPr>
        <w:t>__________ 2026 року № ____</w:t>
      </w:r>
    </w:p>
    <w:p w:rsidR="00A239A4" w:rsidRPr="00DA58C9" w:rsidRDefault="00A239A4" w:rsidP="00A239A4">
      <w:pPr>
        <w:jc w:val="center"/>
        <w:rPr>
          <w:lang w:val="ru-RU"/>
        </w:rPr>
      </w:pPr>
      <w:r w:rsidRPr="00DA58C9">
        <w:rPr>
          <w:b/>
          <w:lang w:val="ru-RU"/>
        </w:rPr>
        <w:t>ПОЛОЖЕННЯ</w:t>
      </w:r>
    </w:p>
    <w:p w:rsidR="00A239A4" w:rsidRPr="00DA58C9" w:rsidRDefault="00A239A4" w:rsidP="00A239A4">
      <w:pPr>
        <w:spacing w:after="240"/>
        <w:jc w:val="center"/>
        <w:rPr>
          <w:sz w:val="24"/>
          <w:szCs w:val="24"/>
          <w:lang w:val="ru-RU"/>
        </w:rPr>
      </w:pPr>
      <w:r w:rsidRPr="00DA58C9">
        <w:rPr>
          <w:b/>
          <w:sz w:val="24"/>
          <w:szCs w:val="24"/>
          <w:lang w:val="ru-RU"/>
        </w:rPr>
        <w:t xml:space="preserve">про </w:t>
      </w:r>
      <w:proofErr w:type="spellStart"/>
      <w:r w:rsidRPr="00DA58C9">
        <w:rPr>
          <w:b/>
          <w:sz w:val="24"/>
          <w:szCs w:val="24"/>
          <w:lang w:val="ru-RU"/>
        </w:rPr>
        <w:t>робочу</w:t>
      </w:r>
      <w:proofErr w:type="spellEnd"/>
      <w:r w:rsidRPr="00DA58C9">
        <w:rPr>
          <w:b/>
          <w:sz w:val="24"/>
          <w:szCs w:val="24"/>
          <w:lang w:val="ru-RU"/>
        </w:rPr>
        <w:t xml:space="preserve"> </w:t>
      </w:r>
      <w:proofErr w:type="spellStart"/>
      <w:r w:rsidRPr="00DA58C9">
        <w:rPr>
          <w:b/>
          <w:sz w:val="24"/>
          <w:szCs w:val="24"/>
          <w:lang w:val="ru-RU"/>
        </w:rPr>
        <w:t>групу</w:t>
      </w:r>
      <w:proofErr w:type="spellEnd"/>
      <w:r w:rsidRPr="00DA58C9">
        <w:rPr>
          <w:b/>
          <w:sz w:val="24"/>
          <w:szCs w:val="24"/>
          <w:lang w:val="ru-RU"/>
        </w:rPr>
        <w:t xml:space="preserve"> з </w:t>
      </w:r>
      <w:proofErr w:type="spellStart"/>
      <w:proofErr w:type="gramStart"/>
      <w:r w:rsidRPr="00DA58C9">
        <w:rPr>
          <w:b/>
          <w:sz w:val="24"/>
          <w:szCs w:val="24"/>
          <w:lang w:val="ru-RU"/>
        </w:rPr>
        <w:t>п</w:t>
      </w:r>
      <w:proofErr w:type="gramEnd"/>
      <w:r w:rsidRPr="00DA58C9">
        <w:rPr>
          <w:b/>
          <w:sz w:val="24"/>
          <w:szCs w:val="24"/>
          <w:lang w:val="ru-RU"/>
        </w:rPr>
        <w:t>ідготовки</w:t>
      </w:r>
      <w:proofErr w:type="spellEnd"/>
      <w:r w:rsidRPr="00DA58C9">
        <w:rPr>
          <w:b/>
          <w:sz w:val="24"/>
          <w:szCs w:val="24"/>
          <w:lang w:val="ru-RU"/>
        </w:rPr>
        <w:t xml:space="preserve"> </w:t>
      </w:r>
      <w:proofErr w:type="spellStart"/>
      <w:r w:rsidRPr="00DA58C9">
        <w:rPr>
          <w:b/>
          <w:sz w:val="24"/>
          <w:szCs w:val="24"/>
          <w:lang w:val="ru-RU"/>
        </w:rPr>
        <w:t>проєкту</w:t>
      </w:r>
      <w:proofErr w:type="spellEnd"/>
      <w:r w:rsidRPr="00DA58C9">
        <w:rPr>
          <w:b/>
          <w:sz w:val="24"/>
          <w:szCs w:val="24"/>
          <w:lang w:val="ru-RU"/>
        </w:rPr>
        <w:t xml:space="preserve"> </w:t>
      </w:r>
      <w:proofErr w:type="spellStart"/>
      <w:r w:rsidRPr="00DA58C9">
        <w:rPr>
          <w:b/>
          <w:sz w:val="24"/>
          <w:szCs w:val="24"/>
          <w:lang w:val="ru-RU"/>
        </w:rPr>
        <w:t>місцевого</w:t>
      </w:r>
      <w:proofErr w:type="spellEnd"/>
      <w:r w:rsidRPr="00DA58C9">
        <w:rPr>
          <w:b/>
          <w:sz w:val="24"/>
          <w:szCs w:val="24"/>
          <w:lang w:val="ru-RU"/>
        </w:rPr>
        <w:t xml:space="preserve"> плану </w:t>
      </w:r>
      <w:proofErr w:type="spellStart"/>
      <w:r w:rsidRPr="00DA58C9">
        <w:rPr>
          <w:b/>
          <w:sz w:val="24"/>
          <w:szCs w:val="24"/>
          <w:lang w:val="ru-RU"/>
        </w:rPr>
        <w:t>управління</w:t>
      </w:r>
      <w:proofErr w:type="spellEnd"/>
      <w:r w:rsidRPr="00DA58C9">
        <w:rPr>
          <w:b/>
          <w:sz w:val="24"/>
          <w:szCs w:val="24"/>
          <w:lang w:val="ru-RU"/>
        </w:rPr>
        <w:t xml:space="preserve"> </w:t>
      </w:r>
      <w:proofErr w:type="spellStart"/>
      <w:r w:rsidRPr="00DA58C9">
        <w:rPr>
          <w:b/>
          <w:sz w:val="24"/>
          <w:szCs w:val="24"/>
          <w:lang w:val="ru-RU"/>
        </w:rPr>
        <w:t>відходами</w:t>
      </w:r>
      <w:proofErr w:type="spellEnd"/>
      <w:r w:rsidRPr="00DA58C9">
        <w:rPr>
          <w:b/>
          <w:sz w:val="24"/>
          <w:szCs w:val="24"/>
          <w:lang w:val="ru-RU"/>
        </w:rPr>
        <w:t xml:space="preserve"> </w:t>
      </w:r>
      <w:proofErr w:type="spellStart"/>
      <w:r w:rsidRPr="00DA58C9">
        <w:rPr>
          <w:b/>
          <w:sz w:val="24"/>
          <w:szCs w:val="24"/>
          <w:lang w:val="ru-RU"/>
        </w:rPr>
        <w:t>Смолінської</w:t>
      </w:r>
      <w:proofErr w:type="spellEnd"/>
      <w:r w:rsidRPr="00DA58C9">
        <w:rPr>
          <w:b/>
          <w:sz w:val="24"/>
          <w:szCs w:val="24"/>
          <w:lang w:val="ru-RU"/>
        </w:rPr>
        <w:t xml:space="preserve"> </w:t>
      </w:r>
      <w:proofErr w:type="spellStart"/>
      <w:r w:rsidRPr="00DA58C9">
        <w:rPr>
          <w:b/>
          <w:sz w:val="24"/>
          <w:szCs w:val="24"/>
          <w:lang w:val="ru-RU"/>
        </w:rPr>
        <w:t>селищної</w:t>
      </w:r>
      <w:proofErr w:type="spellEnd"/>
      <w:r w:rsidRPr="00DA58C9">
        <w:rPr>
          <w:b/>
          <w:sz w:val="24"/>
          <w:szCs w:val="24"/>
          <w:lang w:val="ru-RU"/>
        </w:rPr>
        <w:t xml:space="preserve"> </w:t>
      </w:r>
      <w:proofErr w:type="spellStart"/>
      <w:r w:rsidRPr="00DA58C9">
        <w:rPr>
          <w:b/>
          <w:sz w:val="24"/>
          <w:szCs w:val="24"/>
          <w:lang w:val="ru-RU"/>
        </w:rPr>
        <w:t>територіальної</w:t>
      </w:r>
      <w:proofErr w:type="spellEnd"/>
      <w:r w:rsidRPr="00DA58C9">
        <w:rPr>
          <w:b/>
          <w:sz w:val="24"/>
          <w:szCs w:val="24"/>
          <w:lang w:val="ru-RU"/>
        </w:rPr>
        <w:t xml:space="preserve"> </w:t>
      </w:r>
      <w:proofErr w:type="spellStart"/>
      <w:r w:rsidRPr="00DA58C9">
        <w:rPr>
          <w:b/>
          <w:sz w:val="24"/>
          <w:szCs w:val="24"/>
          <w:lang w:val="ru-RU"/>
        </w:rPr>
        <w:t>громади</w:t>
      </w:r>
      <w:proofErr w:type="spellEnd"/>
    </w:p>
    <w:p w:rsidR="00A239A4" w:rsidRPr="00DA58C9" w:rsidRDefault="00A239A4" w:rsidP="00A239A4">
      <w:pPr>
        <w:spacing w:after="120"/>
        <w:jc w:val="both"/>
        <w:rPr>
          <w:sz w:val="24"/>
          <w:szCs w:val="24"/>
          <w:lang w:val="ru-RU"/>
        </w:rPr>
      </w:pPr>
      <w:r w:rsidRPr="00DA58C9">
        <w:rPr>
          <w:b/>
          <w:sz w:val="24"/>
          <w:szCs w:val="24"/>
          <w:lang w:val="ru-RU"/>
        </w:rPr>
        <w:t xml:space="preserve">1. </w:t>
      </w:r>
      <w:proofErr w:type="spellStart"/>
      <w:r w:rsidRPr="00DA58C9">
        <w:rPr>
          <w:b/>
          <w:sz w:val="24"/>
          <w:szCs w:val="24"/>
          <w:lang w:val="ru-RU"/>
        </w:rPr>
        <w:t>Загальні</w:t>
      </w:r>
      <w:proofErr w:type="spellEnd"/>
      <w:r w:rsidRPr="00DA58C9">
        <w:rPr>
          <w:b/>
          <w:sz w:val="24"/>
          <w:szCs w:val="24"/>
          <w:lang w:val="ru-RU"/>
        </w:rPr>
        <w:t xml:space="preserve"> </w:t>
      </w:r>
      <w:proofErr w:type="spellStart"/>
      <w:r w:rsidRPr="00DA58C9">
        <w:rPr>
          <w:b/>
          <w:sz w:val="24"/>
          <w:szCs w:val="24"/>
          <w:lang w:val="ru-RU"/>
        </w:rPr>
        <w:t>положення</w:t>
      </w:r>
      <w:proofErr w:type="spellEnd"/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sz w:val="24"/>
          <w:szCs w:val="24"/>
          <w:lang w:val="ru-RU"/>
        </w:rPr>
        <w:t xml:space="preserve">1.1. </w:t>
      </w:r>
      <w:proofErr w:type="spellStart"/>
      <w:r w:rsidRPr="000B728A">
        <w:rPr>
          <w:sz w:val="24"/>
          <w:szCs w:val="24"/>
          <w:lang w:val="ru-RU"/>
        </w:rPr>
        <w:t>Робоча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група</w:t>
      </w:r>
      <w:proofErr w:type="spellEnd"/>
      <w:r w:rsidRPr="000B728A">
        <w:rPr>
          <w:sz w:val="24"/>
          <w:szCs w:val="24"/>
          <w:lang w:val="ru-RU"/>
        </w:rPr>
        <w:t xml:space="preserve"> з </w:t>
      </w:r>
      <w:proofErr w:type="spellStart"/>
      <w:proofErr w:type="gramStart"/>
      <w:r w:rsidRPr="000B728A">
        <w:rPr>
          <w:sz w:val="24"/>
          <w:szCs w:val="24"/>
          <w:lang w:val="ru-RU"/>
        </w:rPr>
        <w:t>п</w:t>
      </w:r>
      <w:proofErr w:type="gramEnd"/>
      <w:r w:rsidRPr="000B728A">
        <w:rPr>
          <w:sz w:val="24"/>
          <w:szCs w:val="24"/>
          <w:lang w:val="ru-RU"/>
        </w:rPr>
        <w:t>ідготовки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проєкту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місцевого</w:t>
      </w:r>
      <w:proofErr w:type="spellEnd"/>
      <w:r w:rsidRPr="000B728A">
        <w:rPr>
          <w:sz w:val="24"/>
          <w:szCs w:val="24"/>
          <w:lang w:val="ru-RU"/>
        </w:rPr>
        <w:t xml:space="preserve"> плану </w:t>
      </w:r>
      <w:proofErr w:type="spellStart"/>
      <w:r w:rsidRPr="000B728A">
        <w:rPr>
          <w:sz w:val="24"/>
          <w:szCs w:val="24"/>
          <w:lang w:val="ru-RU"/>
        </w:rPr>
        <w:t>управління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відходами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Смолінської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селищної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територіальної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громади</w:t>
      </w:r>
      <w:proofErr w:type="spellEnd"/>
      <w:r w:rsidRPr="000B728A">
        <w:rPr>
          <w:sz w:val="24"/>
          <w:szCs w:val="24"/>
          <w:lang w:val="ru-RU"/>
        </w:rPr>
        <w:t xml:space="preserve"> є </w:t>
      </w:r>
      <w:proofErr w:type="spellStart"/>
      <w:r w:rsidRPr="000B728A">
        <w:rPr>
          <w:sz w:val="24"/>
          <w:szCs w:val="24"/>
          <w:lang w:val="ru-RU"/>
        </w:rPr>
        <w:t>тимчасовим</w:t>
      </w:r>
      <w:proofErr w:type="spellEnd"/>
      <w:r w:rsidRPr="000B728A">
        <w:rPr>
          <w:sz w:val="24"/>
          <w:szCs w:val="24"/>
          <w:lang w:val="ru-RU"/>
        </w:rPr>
        <w:t xml:space="preserve"> консультативно-</w:t>
      </w:r>
      <w:proofErr w:type="spellStart"/>
      <w:r w:rsidRPr="000B728A">
        <w:rPr>
          <w:sz w:val="24"/>
          <w:szCs w:val="24"/>
          <w:lang w:val="ru-RU"/>
        </w:rPr>
        <w:t>дорадчим</w:t>
      </w:r>
      <w:proofErr w:type="spellEnd"/>
      <w:r w:rsidRPr="000B728A">
        <w:rPr>
          <w:sz w:val="24"/>
          <w:szCs w:val="24"/>
          <w:lang w:val="ru-RU"/>
        </w:rPr>
        <w:t xml:space="preserve"> органом, </w:t>
      </w:r>
      <w:proofErr w:type="spellStart"/>
      <w:r w:rsidRPr="000B728A">
        <w:rPr>
          <w:sz w:val="24"/>
          <w:szCs w:val="24"/>
          <w:lang w:val="ru-RU"/>
        </w:rPr>
        <w:t>утвореним</w:t>
      </w:r>
      <w:proofErr w:type="spellEnd"/>
      <w:r w:rsidRPr="000B728A">
        <w:rPr>
          <w:sz w:val="24"/>
          <w:szCs w:val="24"/>
          <w:lang w:val="ru-RU"/>
        </w:rPr>
        <w:t xml:space="preserve"> для </w:t>
      </w:r>
      <w:proofErr w:type="spellStart"/>
      <w:r w:rsidRPr="000B728A">
        <w:rPr>
          <w:sz w:val="24"/>
          <w:szCs w:val="24"/>
          <w:lang w:val="ru-RU"/>
        </w:rPr>
        <w:t>підготовки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проєкту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місцевого</w:t>
      </w:r>
      <w:proofErr w:type="spellEnd"/>
      <w:r w:rsidRPr="000B728A">
        <w:rPr>
          <w:sz w:val="24"/>
          <w:szCs w:val="24"/>
          <w:lang w:val="ru-RU"/>
        </w:rPr>
        <w:t xml:space="preserve"> плану </w:t>
      </w:r>
      <w:proofErr w:type="spellStart"/>
      <w:r w:rsidRPr="000B728A">
        <w:rPr>
          <w:sz w:val="24"/>
          <w:szCs w:val="24"/>
          <w:lang w:val="ru-RU"/>
        </w:rPr>
        <w:t>управління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відходами</w:t>
      </w:r>
      <w:proofErr w:type="spellEnd"/>
      <w:r w:rsidRPr="000B728A">
        <w:rPr>
          <w:sz w:val="24"/>
          <w:szCs w:val="24"/>
          <w:lang w:val="ru-RU"/>
        </w:rPr>
        <w:t xml:space="preserve"> та </w:t>
      </w:r>
      <w:proofErr w:type="spellStart"/>
      <w:r w:rsidRPr="000B728A">
        <w:rPr>
          <w:sz w:val="24"/>
          <w:szCs w:val="24"/>
          <w:lang w:val="ru-RU"/>
        </w:rPr>
        <w:t>узгодження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позицій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щодо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його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змісту</w:t>
      </w:r>
      <w:proofErr w:type="spellEnd"/>
      <w:r w:rsidRPr="000B728A">
        <w:rPr>
          <w:sz w:val="24"/>
          <w:szCs w:val="24"/>
          <w:lang w:val="ru-RU"/>
        </w:rPr>
        <w:t>.</w:t>
      </w:r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sz w:val="24"/>
          <w:szCs w:val="24"/>
          <w:lang w:val="ru-RU"/>
        </w:rPr>
        <w:t xml:space="preserve">1.2. У </w:t>
      </w:r>
      <w:proofErr w:type="spellStart"/>
      <w:r w:rsidRPr="000B728A">
        <w:rPr>
          <w:sz w:val="24"/>
          <w:szCs w:val="24"/>
          <w:lang w:val="ru-RU"/>
        </w:rPr>
        <w:t>своїй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діяльності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робоча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група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керується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Конституцією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України</w:t>
      </w:r>
      <w:proofErr w:type="spellEnd"/>
      <w:r w:rsidRPr="000B728A">
        <w:rPr>
          <w:sz w:val="24"/>
          <w:szCs w:val="24"/>
          <w:lang w:val="ru-RU"/>
        </w:rPr>
        <w:t xml:space="preserve">, законами </w:t>
      </w:r>
      <w:proofErr w:type="spellStart"/>
      <w:r w:rsidRPr="000B728A">
        <w:rPr>
          <w:sz w:val="24"/>
          <w:szCs w:val="24"/>
          <w:lang w:val="ru-RU"/>
        </w:rPr>
        <w:t>України</w:t>
      </w:r>
      <w:proofErr w:type="spellEnd"/>
      <w:r w:rsidRPr="000B728A">
        <w:rPr>
          <w:sz w:val="24"/>
          <w:szCs w:val="24"/>
          <w:lang w:val="ru-RU"/>
        </w:rPr>
        <w:t xml:space="preserve">, актами </w:t>
      </w:r>
      <w:proofErr w:type="spellStart"/>
      <w:r w:rsidRPr="000B728A">
        <w:rPr>
          <w:sz w:val="24"/>
          <w:szCs w:val="24"/>
          <w:lang w:val="ru-RU"/>
        </w:rPr>
        <w:t>Кабінету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Міні</w:t>
      </w:r>
      <w:proofErr w:type="gramStart"/>
      <w:r w:rsidRPr="000B728A">
        <w:rPr>
          <w:sz w:val="24"/>
          <w:szCs w:val="24"/>
          <w:lang w:val="ru-RU"/>
        </w:rPr>
        <w:t>стр</w:t>
      </w:r>
      <w:proofErr w:type="gramEnd"/>
      <w:r w:rsidRPr="000B728A">
        <w:rPr>
          <w:sz w:val="24"/>
          <w:szCs w:val="24"/>
          <w:lang w:val="ru-RU"/>
        </w:rPr>
        <w:t>ів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України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рішеннями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Смолінської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селищної</w:t>
      </w:r>
      <w:proofErr w:type="spellEnd"/>
      <w:r w:rsidRPr="000B728A">
        <w:rPr>
          <w:sz w:val="24"/>
          <w:szCs w:val="24"/>
          <w:lang w:val="ru-RU"/>
        </w:rPr>
        <w:t xml:space="preserve"> ради та </w:t>
      </w:r>
      <w:proofErr w:type="spellStart"/>
      <w:r w:rsidRPr="000B728A">
        <w:rPr>
          <w:sz w:val="24"/>
          <w:szCs w:val="24"/>
          <w:lang w:val="ru-RU"/>
        </w:rPr>
        <w:t>її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виконавчого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комітету</w:t>
      </w:r>
      <w:proofErr w:type="spellEnd"/>
      <w:r w:rsidRPr="000B728A">
        <w:rPr>
          <w:sz w:val="24"/>
          <w:szCs w:val="24"/>
          <w:lang w:val="ru-RU"/>
        </w:rPr>
        <w:t xml:space="preserve">, а </w:t>
      </w:r>
      <w:proofErr w:type="spellStart"/>
      <w:r w:rsidRPr="000B728A">
        <w:rPr>
          <w:sz w:val="24"/>
          <w:szCs w:val="24"/>
          <w:lang w:val="ru-RU"/>
        </w:rPr>
        <w:t>також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цим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Положенням</w:t>
      </w:r>
      <w:proofErr w:type="spellEnd"/>
      <w:r w:rsidRPr="000B728A">
        <w:rPr>
          <w:sz w:val="24"/>
          <w:szCs w:val="24"/>
          <w:lang w:val="ru-RU"/>
        </w:rPr>
        <w:t>.</w:t>
      </w:r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color w:val="000000"/>
          <w:sz w:val="24"/>
          <w:szCs w:val="24"/>
          <w:lang w:val="ru-RU"/>
        </w:rPr>
        <w:t xml:space="preserve">1.3. </w:t>
      </w:r>
      <w:proofErr w:type="spellStart"/>
      <w:r w:rsidRPr="000B728A">
        <w:rPr>
          <w:color w:val="000000"/>
          <w:sz w:val="24"/>
          <w:szCs w:val="24"/>
          <w:lang w:val="ru-RU"/>
        </w:rPr>
        <w:t>Персональний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склад </w:t>
      </w:r>
      <w:proofErr w:type="spellStart"/>
      <w:r w:rsidRPr="000B728A">
        <w:rPr>
          <w:color w:val="000000"/>
          <w:sz w:val="24"/>
          <w:szCs w:val="24"/>
          <w:lang w:val="ru-RU"/>
        </w:rPr>
        <w:t>робочої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групи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затверджується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0B728A">
        <w:rPr>
          <w:color w:val="000000"/>
          <w:sz w:val="24"/>
          <w:szCs w:val="24"/>
          <w:lang w:val="ru-RU"/>
        </w:rPr>
        <w:t>р</w:t>
      </w:r>
      <w:proofErr w:type="gramEnd"/>
      <w:r w:rsidRPr="000B728A">
        <w:rPr>
          <w:color w:val="000000"/>
          <w:sz w:val="24"/>
          <w:szCs w:val="24"/>
          <w:lang w:val="ru-RU"/>
        </w:rPr>
        <w:t>ішенням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виконавчого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комітету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Смолінської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селищної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ради. </w:t>
      </w:r>
      <w:proofErr w:type="spellStart"/>
      <w:proofErr w:type="gramStart"/>
      <w:r w:rsidRPr="000B728A">
        <w:rPr>
          <w:color w:val="000000"/>
          <w:sz w:val="24"/>
          <w:szCs w:val="24"/>
          <w:lang w:val="ru-RU"/>
        </w:rPr>
        <w:t>Зміни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до складу </w:t>
      </w:r>
      <w:proofErr w:type="spellStart"/>
      <w:r w:rsidRPr="000B728A">
        <w:rPr>
          <w:color w:val="000000"/>
          <w:sz w:val="24"/>
          <w:szCs w:val="24"/>
          <w:lang w:val="ru-RU"/>
        </w:rPr>
        <w:t>робочої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групи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вносяться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у тому самому порядку.</w:t>
      </w:r>
      <w:proofErr w:type="gramEnd"/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sz w:val="24"/>
          <w:szCs w:val="24"/>
          <w:lang w:val="ru-RU"/>
        </w:rPr>
        <w:t xml:space="preserve">1.4. </w:t>
      </w:r>
      <w:proofErr w:type="spellStart"/>
      <w:r w:rsidRPr="000B728A">
        <w:rPr>
          <w:sz w:val="24"/>
          <w:szCs w:val="24"/>
          <w:lang w:val="ru-RU"/>
        </w:rPr>
        <w:t>Робоча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група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здійснює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діяльність</w:t>
      </w:r>
      <w:proofErr w:type="spellEnd"/>
      <w:r w:rsidRPr="000B728A">
        <w:rPr>
          <w:sz w:val="24"/>
          <w:szCs w:val="24"/>
          <w:lang w:val="ru-RU"/>
        </w:rPr>
        <w:t xml:space="preserve"> на </w:t>
      </w:r>
      <w:proofErr w:type="spellStart"/>
      <w:r w:rsidRPr="000B728A">
        <w:rPr>
          <w:sz w:val="24"/>
          <w:szCs w:val="24"/>
          <w:lang w:val="ru-RU"/>
        </w:rPr>
        <w:t>громадських</w:t>
      </w:r>
      <w:proofErr w:type="spellEnd"/>
      <w:r w:rsidRPr="000B728A">
        <w:rPr>
          <w:sz w:val="24"/>
          <w:szCs w:val="24"/>
          <w:lang w:val="ru-RU"/>
        </w:rPr>
        <w:t xml:space="preserve"> засадах. Участь у </w:t>
      </w:r>
      <w:proofErr w:type="spellStart"/>
      <w:r w:rsidRPr="000B728A">
        <w:rPr>
          <w:sz w:val="24"/>
          <w:szCs w:val="24"/>
          <w:lang w:val="ru-RU"/>
        </w:rPr>
        <w:t>роботі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робочої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групи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представників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0B728A">
        <w:rPr>
          <w:sz w:val="24"/>
          <w:szCs w:val="24"/>
          <w:lang w:val="ru-RU"/>
        </w:rPr>
        <w:t>п</w:t>
      </w:r>
      <w:proofErr w:type="gramEnd"/>
      <w:r w:rsidRPr="000B728A">
        <w:rPr>
          <w:sz w:val="24"/>
          <w:szCs w:val="24"/>
          <w:lang w:val="ru-RU"/>
        </w:rPr>
        <w:t>ідприємств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установ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організацій</w:t>
      </w:r>
      <w:proofErr w:type="spellEnd"/>
      <w:r w:rsidRPr="000B728A">
        <w:rPr>
          <w:sz w:val="24"/>
          <w:szCs w:val="24"/>
          <w:lang w:val="ru-RU"/>
        </w:rPr>
        <w:t xml:space="preserve"> та </w:t>
      </w:r>
      <w:proofErr w:type="spellStart"/>
      <w:r w:rsidRPr="000B728A">
        <w:rPr>
          <w:sz w:val="24"/>
          <w:szCs w:val="24"/>
          <w:lang w:val="ru-RU"/>
        </w:rPr>
        <w:t>інших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суб’єктів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які</w:t>
      </w:r>
      <w:proofErr w:type="spellEnd"/>
      <w:r w:rsidRPr="000B728A">
        <w:rPr>
          <w:sz w:val="24"/>
          <w:szCs w:val="24"/>
          <w:lang w:val="ru-RU"/>
        </w:rPr>
        <w:t xml:space="preserve"> не належать до </w:t>
      </w:r>
      <w:proofErr w:type="spellStart"/>
      <w:r w:rsidRPr="000B728A">
        <w:rPr>
          <w:sz w:val="24"/>
          <w:szCs w:val="24"/>
          <w:lang w:val="ru-RU"/>
        </w:rPr>
        <w:t>сфери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управління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Смолінської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селищної</w:t>
      </w:r>
      <w:proofErr w:type="spellEnd"/>
      <w:r w:rsidRPr="000B728A">
        <w:rPr>
          <w:sz w:val="24"/>
          <w:szCs w:val="24"/>
          <w:lang w:val="ru-RU"/>
        </w:rPr>
        <w:t xml:space="preserve"> ради, </w:t>
      </w:r>
      <w:proofErr w:type="spellStart"/>
      <w:r w:rsidRPr="000B728A">
        <w:rPr>
          <w:sz w:val="24"/>
          <w:szCs w:val="24"/>
          <w:lang w:val="ru-RU"/>
        </w:rPr>
        <w:t>здійснюється</w:t>
      </w:r>
      <w:proofErr w:type="spellEnd"/>
      <w:r w:rsidRPr="000B728A">
        <w:rPr>
          <w:sz w:val="24"/>
          <w:szCs w:val="24"/>
          <w:lang w:val="ru-RU"/>
        </w:rPr>
        <w:t xml:space="preserve"> за </w:t>
      </w:r>
      <w:proofErr w:type="spellStart"/>
      <w:r w:rsidRPr="000B728A">
        <w:rPr>
          <w:sz w:val="24"/>
          <w:szCs w:val="24"/>
          <w:lang w:val="ru-RU"/>
        </w:rPr>
        <w:t>їх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згодою</w:t>
      </w:r>
      <w:proofErr w:type="spellEnd"/>
      <w:r w:rsidRPr="000B728A">
        <w:rPr>
          <w:sz w:val="24"/>
          <w:szCs w:val="24"/>
          <w:lang w:val="ru-RU"/>
        </w:rPr>
        <w:t>.</w:t>
      </w:r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color w:val="000000"/>
          <w:sz w:val="24"/>
          <w:szCs w:val="24"/>
          <w:lang w:val="ru-RU"/>
        </w:rPr>
        <w:t xml:space="preserve">1.5. </w:t>
      </w:r>
      <w:proofErr w:type="spellStart"/>
      <w:r w:rsidRPr="000B728A">
        <w:rPr>
          <w:color w:val="000000"/>
          <w:sz w:val="24"/>
          <w:szCs w:val="24"/>
          <w:lang w:val="ru-RU"/>
        </w:rPr>
        <w:t>Робоча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група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діє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до </w:t>
      </w:r>
      <w:proofErr w:type="spellStart"/>
      <w:r w:rsidRPr="000B728A">
        <w:rPr>
          <w:color w:val="000000"/>
          <w:sz w:val="24"/>
          <w:szCs w:val="24"/>
          <w:lang w:val="ru-RU"/>
        </w:rPr>
        <w:t>завершення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0B728A">
        <w:rPr>
          <w:color w:val="000000"/>
          <w:sz w:val="24"/>
          <w:szCs w:val="24"/>
          <w:lang w:val="ru-RU"/>
        </w:rPr>
        <w:t>п</w:t>
      </w:r>
      <w:proofErr w:type="gramEnd"/>
      <w:r w:rsidRPr="000B728A">
        <w:rPr>
          <w:color w:val="000000"/>
          <w:sz w:val="24"/>
          <w:szCs w:val="24"/>
          <w:lang w:val="ru-RU"/>
        </w:rPr>
        <w:t>ідготовки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проєкту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місцевого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плану </w:t>
      </w:r>
      <w:proofErr w:type="spellStart"/>
      <w:r w:rsidRPr="000B728A">
        <w:rPr>
          <w:color w:val="000000"/>
          <w:sz w:val="24"/>
          <w:szCs w:val="24"/>
          <w:lang w:val="ru-RU"/>
        </w:rPr>
        <w:t>управління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відходами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Смолінської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селищної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територіальної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громади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та </w:t>
      </w:r>
      <w:proofErr w:type="spellStart"/>
      <w:r w:rsidRPr="000B728A">
        <w:rPr>
          <w:color w:val="000000"/>
          <w:sz w:val="24"/>
          <w:szCs w:val="24"/>
          <w:lang w:val="ru-RU"/>
        </w:rPr>
        <w:t>подання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його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на </w:t>
      </w:r>
      <w:proofErr w:type="spellStart"/>
      <w:r w:rsidRPr="000B728A">
        <w:rPr>
          <w:color w:val="000000"/>
          <w:sz w:val="24"/>
          <w:szCs w:val="24"/>
          <w:lang w:val="ru-RU"/>
        </w:rPr>
        <w:t>погодження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в </w:t>
      </w:r>
      <w:proofErr w:type="spellStart"/>
      <w:r w:rsidRPr="000B728A">
        <w:rPr>
          <w:color w:val="000000"/>
          <w:sz w:val="24"/>
          <w:szCs w:val="24"/>
          <w:lang w:val="ru-RU"/>
        </w:rPr>
        <w:t>установленому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законодавством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порядку.</w:t>
      </w:r>
    </w:p>
    <w:p w:rsidR="00A239A4" w:rsidRPr="00255CD5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</w:p>
    <w:p w:rsidR="00A239A4" w:rsidRPr="00DA58C9" w:rsidRDefault="00A239A4" w:rsidP="00A239A4">
      <w:pPr>
        <w:spacing w:after="120"/>
        <w:jc w:val="both"/>
        <w:rPr>
          <w:sz w:val="24"/>
          <w:szCs w:val="24"/>
          <w:lang w:val="ru-RU"/>
        </w:rPr>
      </w:pPr>
      <w:r w:rsidRPr="00DA58C9">
        <w:rPr>
          <w:b/>
          <w:sz w:val="24"/>
          <w:szCs w:val="24"/>
          <w:lang w:val="ru-RU"/>
        </w:rPr>
        <w:t xml:space="preserve">2. </w:t>
      </w:r>
      <w:proofErr w:type="spellStart"/>
      <w:r w:rsidRPr="00DA58C9">
        <w:rPr>
          <w:b/>
          <w:sz w:val="24"/>
          <w:szCs w:val="24"/>
          <w:lang w:val="ru-RU"/>
        </w:rPr>
        <w:t>Основні</w:t>
      </w:r>
      <w:proofErr w:type="spellEnd"/>
      <w:r w:rsidRPr="00DA58C9">
        <w:rPr>
          <w:b/>
          <w:sz w:val="24"/>
          <w:szCs w:val="24"/>
          <w:lang w:val="ru-RU"/>
        </w:rPr>
        <w:t xml:space="preserve"> </w:t>
      </w:r>
      <w:proofErr w:type="spellStart"/>
      <w:r w:rsidRPr="00DA58C9">
        <w:rPr>
          <w:b/>
          <w:sz w:val="24"/>
          <w:szCs w:val="24"/>
          <w:lang w:val="ru-RU"/>
        </w:rPr>
        <w:t>завдання</w:t>
      </w:r>
      <w:proofErr w:type="spellEnd"/>
      <w:r w:rsidRPr="00DA58C9">
        <w:rPr>
          <w:b/>
          <w:sz w:val="24"/>
          <w:szCs w:val="24"/>
          <w:lang w:val="ru-RU"/>
        </w:rPr>
        <w:t xml:space="preserve"> </w:t>
      </w:r>
      <w:proofErr w:type="spellStart"/>
      <w:r w:rsidRPr="00DA58C9">
        <w:rPr>
          <w:b/>
          <w:sz w:val="24"/>
          <w:szCs w:val="24"/>
          <w:lang w:val="ru-RU"/>
        </w:rPr>
        <w:t>робочої</w:t>
      </w:r>
      <w:proofErr w:type="spellEnd"/>
      <w:r w:rsidRPr="00DA58C9">
        <w:rPr>
          <w:b/>
          <w:sz w:val="24"/>
          <w:szCs w:val="24"/>
          <w:lang w:val="ru-RU"/>
        </w:rPr>
        <w:t xml:space="preserve"> </w:t>
      </w:r>
      <w:proofErr w:type="spellStart"/>
      <w:r w:rsidRPr="00DA58C9">
        <w:rPr>
          <w:b/>
          <w:sz w:val="24"/>
          <w:szCs w:val="24"/>
          <w:lang w:val="ru-RU"/>
        </w:rPr>
        <w:t>групи</w:t>
      </w:r>
      <w:proofErr w:type="spellEnd"/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sz w:val="24"/>
          <w:szCs w:val="24"/>
          <w:lang w:val="ru-RU"/>
        </w:rPr>
        <w:t xml:space="preserve">2.1. </w:t>
      </w:r>
      <w:proofErr w:type="spellStart"/>
      <w:r w:rsidRPr="000B728A">
        <w:rPr>
          <w:sz w:val="24"/>
          <w:szCs w:val="24"/>
          <w:lang w:val="ru-RU"/>
        </w:rPr>
        <w:t>Аналіз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gramStart"/>
      <w:r w:rsidRPr="000B728A">
        <w:rPr>
          <w:sz w:val="24"/>
          <w:szCs w:val="24"/>
          <w:lang w:val="ru-RU"/>
        </w:rPr>
        <w:t>поточного</w:t>
      </w:r>
      <w:proofErr w:type="gramEnd"/>
      <w:r w:rsidRPr="000B728A">
        <w:rPr>
          <w:sz w:val="24"/>
          <w:szCs w:val="24"/>
          <w:lang w:val="ru-RU"/>
        </w:rPr>
        <w:t xml:space="preserve"> стану </w:t>
      </w:r>
      <w:proofErr w:type="spellStart"/>
      <w:r w:rsidRPr="000B728A">
        <w:rPr>
          <w:sz w:val="24"/>
          <w:szCs w:val="24"/>
          <w:lang w:val="ru-RU"/>
        </w:rPr>
        <w:t>системи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управління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відходами</w:t>
      </w:r>
      <w:proofErr w:type="spellEnd"/>
      <w:r w:rsidRPr="000B728A">
        <w:rPr>
          <w:sz w:val="24"/>
          <w:szCs w:val="24"/>
          <w:lang w:val="ru-RU"/>
        </w:rPr>
        <w:t xml:space="preserve"> на </w:t>
      </w:r>
      <w:proofErr w:type="spellStart"/>
      <w:r w:rsidRPr="000B728A">
        <w:rPr>
          <w:sz w:val="24"/>
          <w:szCs w:val="24"/>
          <w:lang w:val="ru-RU"/>
        </w:rPr>
        <w:t>території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Смолінської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селищної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територіальної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громади</w:t>
      </w:r>
      <w:proofErr w:type="spellEnd"/>
      <w:r w:rsidRPr="000B728A">
        <w:rPr>
          <w:sz w:val="24"/>
          <w:szCs w:val="24"/>
          <w:lang w:val="ru-RU"/>
        </w:rPr>
        <w:t>.</w:t>
      </w:r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color w:val="000000"/>
          <w:sz w:val="24"/>
          <w:szCs w:val="24"/>
          <w:lang w:val="ru-RU"/>
        </w:rPr>
        <w:t xml:space="preserve">2.2. </w:t>
      </w:r>
      <w:proofErr w:type="spellStart"/>
      <w:r w:rsidRPr="000B728A">
        <w:rPr>
          <w:color w:val="000000"/>
          <w:sz w:val="24"/>
          <w:szCs w:val="24"/>
          <w:lang w:val="ru-RU"/>
        </w:rPr>
        <w:t>Збі</w:t>
      </w:r>
      <w:proofErr w:type="gramStart"/>
      <w:r w:rsidRPr="000B728A">
        <w:rPr>
          <w:color w:val="000000"/>
          <w:sz w:val="24"/>
          <w:szCs w:val="24"/>
          <w:lang w:val="ru-RU"/>
        </w:rPr>
        <w:t>р</w:t>
      </w:r>
      <w:proofErr w:type="spellEnd"/>
      <w:proofErr w:type="gramEnd"/>
      <w:r w:rsidRPr="000B728A">
        <w:rPr>
          <w:color w:val="000000"/>
          <w:sz w:val="24"/>
          <w:szCs w:val="24"/>
          <w:lang w:val="ru-RU"/>
        </w:rPr>
        <w:t xml:space="preserve"> та </w:t>
      </w:r>
      <w:proofErr w:type="spellStart"/>
      <w:r w:rsidRPr="000B728A">
        <w:rPr>
          <w:color w:val="000000"/>
          <w:sz w:val="24"/>
          <w:szCs w:val="24"/>
          <w:lang w:val="ru-RU"/>
        </w:rPr>
        <w:t>узагальнення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інформації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щодо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утворення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0B728A">
        <w:rPr>
          <w:color w:val="000000"/>
          <w:sz w:val="24"/>
          <w:szCs w:val="24"/>
          <w:lang w:val="ru-RU"/>
        </w:rPr>
        <w:t>збирання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0B728A">
        <w:rPr>
          <w:color w:val="000000"/>
          <w:sz w:val="24"/>
          <w:szCs w:val="24"/>
          <w:lang w:val="ru-RU"/>
        </w:rPr>
        <w:t>перевезення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0B728A">
        <w:rPr>
          <w:color w:val="000000"/>
          <w:sz w:val="24"/>
          <w:szCs w:val="24"/>
          <w:lang w:val="ru-RU"/>
        </w:rPr>
        <w:t>оброблення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0B728A">
        <w:rPr>
          <w:color w:val="000000"/>
          <w:sz w:val="24"/>
          <w:szCs w:val="24"/>
          <w:lang w:val="ru-RU"/>
        </w:rPr>
        <w:t>відновлення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0B728A">
        <w:rPr>
          <w:color w:val="000000"/>
          <w:sz w:val="24"/>
          <w:szCs w:val="24"/>
          <w:lang w:val="ru-RU"/>
        </w:rPr>
        <w:t>видалення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та </w:t>
      </w:r>
      <w:proofErr w:type="spellStart"/>
      <w:r w:rsidRPr="000B728A">
        <w:rPr>
          <w:color w:val="000000"/>
          <w:sz w:val="24"/>
          <w:szCs w:val="24"/>
          <w:lang w:val="ru-RU"/>
        </w:rPr>
        <w:t>захоронення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відходів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на </w:t>
      </w:r>
      <w:proofErr w:type="spellStart"/>
      <w:r w:rsidRPr="000B728A">
        <w:rPr>
          <w:color w:val="000000"/>
          <w:sz w:val="24"/>
          <w:szCs w:val="24"/>
          <w:lang w:val="ru-RU"/>
        </w:rPr>
        <w:t>території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громади</w:t>
      </w:r>
      <w:proofErr w:type="spellEnd"/>
      <w:r w:rsidRPr="000B728A">
        <w:rPr>
          <w:color w:val="000000"/>
          <w:sz w:val="24"/>
          <w:szCs w:val="24"/>
          <w:lang w:val="ru-RU"/>
        </w:rPr>
        <w:t>.</w:t>
      </w:r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sz w:val="24"/>
          <w:szCs w:val="24"/>
          <w:lang w:val="ru-RU"/>
        </w:rPr>
        <w:t xml:space="preserve">2.3. </w:t>
      </w:r>
      <w:proofErr w:type="spellStart"/>
      <w:proofErr w:type="gramStart"/>
      <w:r w:rsidRPr="000B728A">
        <w:rPr>
          <w:sz w:val="24"/>
          <w:szCs w:val="24"/>
          <w:lang w:val="ru-RU"/>
        </w:rPr>
        <w:t>П</w:t>
      </w:r>
      <w:proofErr w:type="gramEnd"/>
      <w:r w:rsidRPr="000B728A">
        <w:rPr>
          <w:sz w:val="24"/>
          <w:szCs w:val="24"/>
          <w:lang w:val="ru-RU"/>
        </w:rPr>
        <w:t>ідготовка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пропозицій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щодо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цілей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завдань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заходів</w:t>
      </w:r>
      <w:proofErr w:type="spellEnd"/>
      <w:r w:rsidRPr="000B728A">
        <w:rPr>
          <w:sz w:val="24"/>
          <w:szCs w:val="24"/>
          <w:lang w:val="ru-RU"/>
        </w:rPr>
        <w:t xml:space="preserve"> та </w:t>
      </w:r>
      <w:proofErr w:type="spellStart"/>
      <w:r w:rsidRPr="000B728A">
        <w:rPr>
          <w:sz w:val="24"/>
          <w:szCs w:val="24"/>
          <w:lang w:val="ru-RU"/>
        </w:rPr>
        <w:t>цільових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показників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місцевого</w:t>
      </w:r>
      <w:proofErr w:type="spellEnd"/>
      <w:r w:rsidRPr="000B728A">
        <w:rPr>
          <w:sz w:val="24"/>
          <w:szCs w:val="24"/>
          <w:lang w:val="ru-RU"/>
        </w:rPr>
        <w:t xml:space="preserve"> плану </w:t>
      </w:r>
      <w:proofErr w:type="spellStart"/>
      <w:r w:rsidRPr="000B728A">
        <w:rPr>
          <w:sz w:val="24"/>
          <w:szCs w:val="24"/>
          <w:lang w:val="ru-RU"/>
        </w:rPr>
        <w:t>управління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відходами</w:t>
      </w:r>
      <w:proofErr w:type="spellEnd"/>
      <w:r w:rsidRPr="000B728A">
        <w:rPr>
          <w:sz w:val="24"/>
          <w:szCs w:val="24"/>
          <w:lang w:val="ru-RU"/>
        </w:rPr>
        <w:t>.</w:t>
      </w:r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sz w:val="24"/>
          <w:szCs w:val="24"/>
          <w:lang w:val="ru-RU"/>
        </w:rPr>
        <w:t xml:space="preserve">2.4. </w:t>
      </w:r>
      <w:proofErr w:type="spellStart"/>
      <w:r w:rsidRPr="000B728A">
        <w:rPr>
          <w:sz w:val="24"/>
          <w:szCs w:val="24"/>
          <w:lang w:val="ru-RU"/>
        </w:rPr>
        <w:t>Напрацювання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пропозицій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щодо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удосконалення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збирання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перевезення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оброблення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відновлення</w:t>
      </w:r>
      <w:proofErr w:type="spellEnd"/>
      <w:r w:rsidRPr="000B728A">
        <w:rPr>
          <w:sz w:val="24"/>
          <w:szCs w:val="24"/>
          <w:lang w:val="ru-RU"/>
        </w:rPr>
        <w:t xml:space="preserve"> та </w:t>
      </w:r>
      <w:proofErr w:type="spellStart"/>
      <w:r w:rsidRPr="000B728A">
        <w:rPr>
          <w:sz w:val="24"/>
          <w:szCs w:val="24"/>
          <w:lang w:val="ru-RU"/>
        </w:rPr>
        <w:t>видалення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відходів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розвитку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роздільного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збирання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ліквідації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несанкціонованих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смі</w:t>
      </w:r>
      <w:proofErr w:type="gramStart"/>
      <w:r w:rsidRPr="000B728A">
        <w:rPr>
          <w:sz w:val="24"/>
          <w:szCs w:val="24"/>
          <w:lang w:val="ru-RU"/>
        </w:rPr>
        <w:t>тт</w:t>
      </w:r>
      <w:proofErr w:type="gramEnd"/>
      <w:r w:rsidRPr="000B728A">
        <w:rPr>
          <w:sz w:val="24"/>
          <w:szCs w:val="24"/>
          <w:lang w:val="ru-RU"/>
        </w:rPr>
        <w:t>єзвалищ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рекультивації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місць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видалення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відходів</w:t>
      </w:r>
      <w:proofErr w:type="spellEnd"/>
      <w:r w:rsidRPr="000B728A">
        <w:rPr>
          <w:sz w:val="24"/>
          <w:szCs w:val="24"/>
          <w:lang w:val="ru-RU"/>
        </w:rPr>
        <w:t xml:space="preserve"> та </w:t>
      </w:r>
      <w:proofErr w:type="spellStart"/>
      <w:r w:rsidRPr="000B728A">
        <w:rPr>
          <w:sz w:val="24"/>
          <w:szCs w:val="24"/>
          <w:lang w:val="ru-RU"/>
        </w:rPr>
        <w:t>розвитку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інфраструктури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управління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відходами</w:t>
      </w:r>
      <w:proofErr w:type="spellEnd"/>
      <w:r w:rsidRPr="000B728A">
        <w:rPr>
          <w:sz w:val="24"/>
          <w:szCs w:val="24"/>
          <w:lang w:val="ru-RU"/>
        </w:rPr>
        <w:t>.</w:t>
      </w:r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sz w:val="24"/>
          <w:szCs w:val="24"/>
          <w:lang w:val="ru-RU"/>
        </w:rPr>
        <w:t xml:space="preserve">2.5. </w:t>
      </w:r>
      <w:proofErr w:type="spellStart"/>
      <w:r w:rsidRPr="000B728A">
        <w:rPr>
          <w:sz w:val="24"/>
          <w:szCs w:val="24"/>
          <w:lang w:val="ru-RU"/>
        </w:rPr>
        <w:t>Опрацювання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пропозицій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отриманих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від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мешканців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громади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proofErr w:type="gramStart"/>
      <w:r w:rsidRPr="000B728A">
        <w:rPr>
          <w:sz w:val="24"/>
          <w:szCs w:val="24"/>
          <w:lang w:val="ru-RU"/>
        </w:rPr>
        <w:t>п</w:t>
      </w:r>
      <w:proofErr w:type="gramEnd"/>
      <w:r w:rsidRPr="000B728A">
        <w:rPr>
          <w:sz w:val="24"/>
          <w:szCs w:val="24"/>
          <w:lang w:val="ru-RU"/>
        </w:rPr>
        <w:t>ідприємств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установ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організацій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громадських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об’єднань</w:t>
      </w:r>
      <w:proofErr w:type="spellEnd"/>
      <w:r w:rsidRPr="000B728A">
        <w:rPr>
          <w:sz w:val="24"/>
          <w:szCs w:val="24"/>
          <w:lang w:val="ru-RU"/>
        </w:rPr>
        <w:t xml:space="preserve"> та </w:t>
      </w:r>
      <w:proofErr w:type="spellStart"/>
      <w:r w:rsidRPr="000B728A">
        <w:rPr>
          <w:sz w:val="24"/>
          <w:szCs w:val="24"/>
          <w:lang w:val="ru-RU"/>
        </w:rPr>
        <w:t>інших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заінтересованих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осіб</w:t>
      </w:r>
      <w:proofErr w:type="spellEnd"/>
      <w:r w:rsidRPr="000B728A">
        <w:rPr>
          <w:sz w:val="24"/>
          <w:szCs w:val="24"/>
          <w:lang w:val="ru-RU"/>
        </w:rPr>
        <w:t>.</w:t>
      </w:r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color w:val="000000"/>
          <w:sz w:val="24"/>
          <w:szCs w:val="24"/>
          <w:lang w:val="ru-RU"/>
        </w:rPr>
        <w:lastRenderedPageBreak/>
        <w:t xml:space="preserve">2.6. Участь у </w:t>
      </w:r>
      <w:proofErr w:type="spellStart"/>
      <w:proofErr w:type="gramStart"/>
      <w:r w:rsidRPr="000B728A">
        <w:rPr>
          <w:color w:val="000000"/>
          <w:sz w:val="24"/>
          <w:szCs w:val="24"/>
          <w:lang w:val="ru-RU"/>
        </w:rPr>
        <w:t>п</w:t>
      </w:r>
      <w:proofErr w:type="gramEnd"/>
      <w:r w:rsidRPr="000B728A">
        <w:rPr>
          <w:color w:val="000000"/>
          <w:sz w:val="24"/>
          <w:szCs w:val="24"/>
          <w:lang w:val="ru-RU"/>
        </w:rPr>
        <w:t>ідготовці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матеріалів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для </w:t>
      </w:r>
      <w:proofErr w:type="spellStart"/>
      <w:r w:rsidRPr="000B728A">
        <w:rPr>
          <w:color w:val="000000"/>
          <w:sz w:val="24"/>
          <w:szCs w:val="24"/>
          <w:lang w:val="ru-RU"/>
        </w:rPr>
        <w:t>громадського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обговорення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проєкту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місцевого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плану </w:t>
      </w:r>
      <w:proofErr w:type="spellStart"/>
      <w:r w:rsidRPr="000B728A">
        <w:rPr>
          <w:color w:val="000000"/>
          <w:sz w:val="24"/>
          <w:szCs w:val="24"/>
          <w:lang w:val="ru-RU"/>
        </w:rPr>
        <w:t>управління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відходами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, у тому </w:t>
      </w:r>
      <w:proofErr w:type="spellStart"/>
      <w:r w:rsidRPr="000B728A">
        <w:rPr>
          <w:color w:val="000000"/>
          <w:sz w:val="24"/>
          <w:szCs w:val="24"/>
          <w:lang w:val="ru-RU"/>
        </w:rPr>
        <w:t>числі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в межах </w:t>
      </w:r>
      <w:proofErr w:type="spellStart"/>
      <w:r w:rsidRPr="000B728A">
        <w:rPr>
          <w:color w:val="000000"/>
          <w:sz w:val="24"/>
          <w:szCs w:val="24"/>
          <w:lang w:val="ru-RU"/>
        </w:rPr>
        <w:t>процедури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стратегічної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екологічної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оцінки</w:t>
      </w:r>
      <w:proofErr w:type="spellEnd"/>
      <w:r w:rsidRPr="000B728A">
        <w:rPr>
          <w:color w:val="000000"/>
          <w:sz w:val="24"/>
          <w:szCs w:val="24"/>
          <w:lang w:val="ru-RU"/>
        </w:rPr>
        <w:t>.</w:t>
      </w:r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sz w:val="24"/>
          <w:szCs w:val="24"/>
          <w:lang w:val="ru-RU"/>
        </w:rPr>
        <w:t xml:space="preserve">2.7. </w:t>
      </w:r>
      <w:proofErr w:type="spellStart"/>
      <w:proofErr w:type="gramStart"/>
      <w:r w:rsidRPr="000B728A">
        <w:rPr>
          <w:sz w:val="24"/>
          <w:szCs w:val="24"/>
          <w:lang w:val="ru-RU"/>
        </w:rPr>
        <w:t>П</w:t>
      </w:r>
      <w:proofErr w:type="gramEnd"/>
      <w:r w:rsidRPr="000B728A">
        <w:rPr>
          <w:sz w:val="24"/>
          <w:szCs w:val="24"/>
          <w:lang w:val="ru-RU"/>
        </w:rPr>
        <w:t>ідготовка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рекомендацій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розробнику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проєкту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місцевого</w:t>
      </w:r>
      <w:proofErr w:type="spellEnd"/>
      <w:r w:rsidRPr="000B728A">
        <w:rPr>
          <w:sz w:val="24"/>
          <w:szCs w:val="24"/>
          <w:lang w:val="ru-RU"/>
        </w:rPr>
        <w:t xml:space="preserve"> плану </w:t>
      </w:r>
      <w:proofErr w:type="spellStart"/>
      <w:r w:rsidRPr="000B728A">
        <w:rPr>
          <w:sz w:val="24"/>
          <w:szCs w:val="24"/>
          <w:lang w:val="ru-RU"/>
        </w:rPr>
        <w:t>управління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відходами</w:t>
      </w:r>
      <w:proofErr w:type="spellEnd"/>
      <w:r w:rsidRPr="000B728A">
        <w:rPr>
          <w:sz w:val="24"/>
          <w:szCs w:val="24"/>
          <w:lang w:val="ru-RU"/>
        </w:rPr>
        <w:t>.</w:t>
      </w:r>
    </w:p>
    <w:p w:rsidR="00A239A4" w:rsidRPr="00DA58C9" w:rsidRDefault="00A239A4" w:rsidP="00A239A4">
      <w:pPr>
        <w:ind w:firstLine="709"/>
        <w:jc w:val="both"/>
        <w:rPr>
          <w:sz w:val="24"/>
          <w:szCs w:val="24"/>
          <w:lang w:val="ru-RU"/>
        </w:rPr>
      </w:pPr>
    </w:p>
    <w:p w:rsidR="00A239A4" w:rsidRDefault="00A239A4" w:rsidP="00A239A4">
      <w:pPr>
        <w:spacing w:after="120"/>
        <w:jc w:val="both"/>
        <w:rPr>
          <w:b/>
          <w:sz w:val="24"/>
          <w:szCs w:val="24"/>
          <w:lang w:val="ru-RU"/>
        </w:rPr>
      </w:pPr>
    </w:p>
    <w:p w:rsidR="00A239A4" w:rsidRDefault="00A239A4" w:rsidP="00A239A4">
      <w:pPr>
        <w:spacing w:after="120"/>
        <w:jc w:val="both"/>
        <w:rPr>
          <w:b/>
          <w:sz w:val="24"/>
          <w:szCs w:val="24"/>
          <w:lang w:val="ru-RU"/>
        </w:rPr>
      </w:pPr>
    </w:p>
    <w:p w:rsidR="00A239A4" w:rsidRPr="00DA58C9" w:rsidRDefault="00A239A4" w:rsidP="00A239A4">
      <w:pPr>
        <w:spacing w:after="120"/>
        <w:jc w:val="both"/>
        <w:rPr>
          <w:sz w:val="24"/>
          <w:szCs w:val="24"/>
          <w:lang w:val="ru-RU"/>
        </w:rPr>
      </w:pPr>
      <w:r w:rsidRPr="00DA58C9">
        <w:rPr>
          <w:b/>
          <w:sz w:val="24"/>
          <w:szCs w:val="24"/>
          <w:lang w:val="ru-RU"/>
        </w:rPr>
        <w:t xml:space="preserve">3. Права </w:t>
      </w:r>
      <w:proofErr w:type="spellStart"/>
      <w:r w:rsidRPr="00DA58C9">
        <w:rPr>
          <w:b/>
          <w:sz w:val="24"/>
          <w:szCs w:val="24"/>
          <w:lang w:val="ru-RU"/>
        </w:rPr>
        <w:t>робочої</w:t>
      </w:r>
      <w:proofErr w:type="spellEnd"/>
      <w:r w:rsidRPr="00DA58C9">
        <w:rPr>
          <w:b/>
          <w:sz w:val="24"/>
          <w:szCs w:val="24"/>
          <w:lang w:val="ru-RU"/>
        </w:rPr>
        <w:t xml:space="preserve"> </w:t>
      </w:r>
      <w:proofErr w:type="spellStart"/>
      <w:r w:rsidRPr="00DA58C9">
        <w:rPr>
          <w:b/>
          <w:sz w:val="24"/>
          <w:szCs w:val="24"/>
          <w:lang w:val="ru-RU"/>
        </w:rPr>
        <w:t>групи</w:t>
      </w:r>
      <w:proofErr w:type="spellEnd"/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sz w:val="24"/>
          <w:szCs w:val="24"/>
          <w:lang w:val="ru-RU"/>
        </w:rPr>
        <w:t xml:space="preserve">3.1. </w:t>
      </w:r>
      <w:proofErr w:type="spellStart"/>
      <w:r w:rsidRPr="000B728A">
        <w:rPr>
          <w:sz w:val="24"/>
          <w:szCs w:val="24"/>
          <w:lang w:val="ru-RU"/>
        </w:rPr>
        <w:t>Отримувати</w:t>
      </w:r>
      <w:proofErr w:type="spellEnd"/>
      <w:r w:rsidRPr="000B728A">
        <w:rPr>
          <w:sz w:val="24"/>
          <w:szCs w:val="24"/>
          <w:lang w:val="ru-RU"/>
        </w:rPr>
        <w:t xml:space="preserve"> в </w:t>
      </w:r>
      <w:proofErr w:type="spellStart"/>
      <w:r w:rsidRPr="000B728A">
        <w:rPr>
          <w:sz w:val="24"/>
          <w:szCs w:val="24"/>
          <w:lang w:val="ru-RU"/>
        </w:rPr>
        <w:t>установленому</w:t>
      </w:r>
      <w:proofErr w:type="spellEnd"/>
      <w:r w:rsidRPr="000B728A">
        <w:rPr>
          <w:sz w:val="24"/>
          <w:szCs w:val="24"/>
          <w:lang w:val="ru-RU"/>
        </w:rPr>
        <w:t xml:space="preserve"> порядку </w:t>
      </w:r>
      <w:proofErr w:type="spellStart"/>
      <w:r w:rsidRPr="000B728A">
        <w:rPr>
          <w:sz w:val="24"/>
          <w:szCs w:val="24"/>
          <w:lang w:val="ru-RU"/>
        </w:rPr>
        <w:t>від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структурних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0B728A">
        <w:rPr>
          <w:sz w:val="24"/>
          <w:szCs w:val="24"/>
          <w:lang w:val="ru-RU"/>
        </w:rPr>
        <w:t>п</w:t>
      </w:r>
      <w:proofErr w:type="gramEnd"/>
      <w:r w:rsidRPr="000B728A">
        <w:rPr>
          <w:sz w:val="24"/>
          <w:szCs w:val="24"/>
          <w:lang w:val="ru-RU"/>
        </w:rPr>
        <w:t>ідрозділів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Смолінської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селищної</w:t>
      </w:r>
      <w:proofErr w:type="spellEnd"/>
      <w:r w:rsidRPr="000B728A">
        <w:rPr>
          <w:sz w:val="24"/>
          <w:szCs w:val="24"/>
          <w:lang w:val="ru-RU"/>
        </w:rPr>
        <w:t xml:space="preserve"> ради, </w:t>
      </w:r>
      <w:proofErr w:type="spellStart"/>
      <w:r w:rsidRPr="000B728A">
        <w:rPr>
          <w:sz w:val="24"/>
          <w:szCs w:val="24"/>
          <w:lang w:val="ru-RU"/>
        </w:rPr>
        <w:t>комунальних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підприємств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установ</w:t>
      </w:r>
      <w:proofErr w:type="spellEnd"/>
      <w:r w:rsidRPr="000B728A">
        <w:rPr>
          <w:sz w:val="24"/>
          <w:szCs w:val="24"/>
          <w:lang w:val="ru-RU"/>
        </w:rPr>
        <w:t xml:space="preserve"> та </w:t>
      </w:r>
      <w:proofErr w:type="spellStart"/>
      <w:r w:rsidRPr="000B728A">
        <w:rPr>
          <w:sz w:val="24"/>
          <w:szCs w:val="24"/>
          <w:lang w:val="ru-RU"/>
        </w:rPr>
        <w:t>організацій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інформацію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необхідну</w:t>
      </w:r>
      <w:proofErr w:type="spellEnd"/>
      <w:r w:rsidRPr="000B728A">
        <w:rPr>
          <w:sz w:val="24"/>
          <w:szCs w:val="24"/>
          <w:lang w:val="ru-RU"/>
        </w:rPr>
        <w:t xml:space="preserve"> для </w:t>
      </w:r>
      <w:proofErr w:type="spellStart"/>
      <w:r w:rsidRPr="000B728A">
        <w:rPr>
          <w:sz w:val="24"/>
          <w:szCs w:val="24"/>
          <w:lang w:val="ru-RU"/>
        </w:rPr>
        <w:t>підготовки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проєкту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місцевого</w:t>
      </w:r>
      <w:proofErr w:type="spellEnd"/>
      <w:r w:rsidRPr="000B728A">
        <w:rPr>
          <w:sz w:val="24"/>
          <w:szCs w:val="24"/>
          <w:lang w:val="ru-RU"/>
        </w:rPr>
        <w:t xml:space="preserve"> плану.</w:t>
      </w:r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sz w:val="24"/>
          <w:szCs w:val="24"/>
          <w:lang w:val="ru-RU"/>
        </w:rPr>
        <w:t xml:space="preserve">3.2. </w:t>
      </w:r>
      <w:proofErr w:type="spellStart"/>
      <w:r w:rsidRPr="000B728A">
        <w:rPr>
          <w:sz w:val="24"/>
          <w:szCs w:val="24"/>
          <w:lang w:val="ru-RU"/>
        </w:rPr>
        <w:t>Запрошувати</w:t>
      </w:r>
      <w:proofErr w:type="spellEnd"/>
      <w:r w:rsidRPr="000B728A">
        <w:rPr>
          <w:sz w:val="24"/>
          <w:szCs w:val="24"/>
          <w:lang w:val="ru-RU"/>
        </w:rPr>
        <w:t xml:space="preserve"> на </w:t>
      </w:r>
      <w:proofErr w:type="spellStart"/>
      <w:r w:rsidRPr="000B728A">
        <w:rPr>
          <w:sz w:val="24"/>
          <w:szCs w:val="24"/>
          <w:lang w:val="ru-RU"/>
        </w:rPr>
        <w:t>засідання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представників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0B728A">
        <w:rPr>
          <w:sz w:val="24"/>
          <w:szCs w:val="24"/>
          <w:lang w:val="ru-RU"/>
        </w:rPr>
        <w:t>п</w:t>
      </w:r>
      <w:proofErr w:type="gramEnd"/>
      <w:r w:rsidRPr="000B728A">
        <w:rPr>
          <w:sz w:val="24"/>
          <w:szCs w:val="24"/>
          <w:lang w:val="ru-RU"/>
        </w:rPr>
        <w:t>ідприємств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установ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організацій</w:t>
      </w:r>
      <w:proofErr w:type="spellEnd"/>
      <w:r w:rsidRPr="000B728A">
        <w:rPr>
          <w:sz w:val="24"/>
          <w:szCs w:val="24"/>
          <w:lang w:val="ru-RU"/>
        </w:rPr>
        <w:t xml:space="preserve">, старост, </w:t>
      </w:r>
      <w:proofErr w:type="spellStart"/>
      <w:r w:rsidRPr="000B728A">
        <w:rPr>
          <w:sz w:val="24"/>
          <w:szCs w:val="24"/>
          <w:lang w:val="ru-RU"/>
        </w:rPr>
        <w:t>експертів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представників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громадськості</w:t>
      </w:r>
      <w:proofErr w:type="spellEnd"/>
      <w:r w:rsidRPr="000B728A">
        <w:rPr>
          <w:sz w:val="24"/>
          <w:szCs w:val="24"/>
          <w:lang w:val="ru-RU"/>
        </w:rPr>
        <w:t xml:space="preserve"> та </w:t>
      </w:r>
      <w:proofErr w:type="spellStart"/>
      <w:r w:rsidRPr="000B728A">
        <w:rPr>
          <w:sz w:val="24"/>
          <w:szCs w:val="24"/>
          <w:lang w:val="ru-RU"/>
        </w:rPr>
        <w:t>інших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осіб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питання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діяльності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яких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пов’язані</w:t>
      </w:r>
      <w:proofErr w:type="spellEnd"/>
      <w:r w:rsidRPr="000B728A">
        <w:rPr>
          <w:sz w:val="24"/>
          <w:szCs w:val="24"/>
          <w:lang w:val="ru-RU"/>
        </w:rPr>
        <w:t xml:space="preserve"> з </w:t>
      </w:r>
      <w:proofErr w:type="spellStart"/>
      <w:r w:rsidRPr="000B728A">
        <w:rPr>
          <w:sz w:val="24"/>
          <w:szCs w:val="24"/>
          <w:lang w:val="ru-RU"/>
        </w:rPr>
        <w:t>управлінням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відходами</w:t>
      </w:r>
      <w:proofErr w:type="spellEnd"/>
      <w:r w:rsidRPr="000B728A">
        <w:rPr>
          <w:sz w:val="24"/>
          <w:szCs w:val="24"/>
          <w:lang w:val="ru-RU"/>
        </w:rPr>
        <w:t>.</w:t>
      </w:r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color w:val="000000"/>
          <w:sz w:val="24"/>
          <w:szCs w:val="24"/>
          <w:lang w:val="ru-RU"/>
        </w:rPr>
        <w:t xml:space="preserve">3.3. </w:t>
      </w:r>
      <w:proofErr w:type="spellStart"/>
      <w:r w:rsidRPr="000B728A">
        <w:rPr>
          <w:color w:val="000000"/>
          <w:sz w:val="24"/>
          <w:szCs w:val="24"/>
          <w:lang w:val="ru-RU"/>
        </w:rPr>
        <w:t>Залучати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, у </w:t>
      </w:r>
      <w:proofErr w:type="spellStart"/>
      <w:r w:rsidRPr="000B728A">
        <w:rPr>
          <w:color w:val="000000"/>
          <w:sz w:val="24"/>
          <w:szCs w:val="24"/>
          <w:lang w:val="ru-RU"/>
        </w:rPr>
        <w:t>разі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потреби та за </w:t>
      </w:r>
      <w:proofErr w:type="spellStart"/>
      <w:r w:rsidRPr="000B728A">
        <w:rPr>
          <w:color w:val="000000"/>
          <w:sz w:val="24"/>
          <w:szCs w:val="24"/>
          <w:lang w:val="ru-RU"/>
        </w:rPr>
        <w:t>згодою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, до </w:t>
      </w:r>
      <w:proofErr w:type="spellStart"/>
      <w:r w:rsidRPr="000B728A">
        <w:rPr>
          <w:color w:val="000000"/>
          <w:sz w:val="24"/>
          <w:szCs w:val="24"/>
          <w:lang w:val="ru-RU"/>
        </w:rPr>
        <w:t>участі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в </w:t>
      </w:r>
      <w:proofErr w:type="spellStart"/>
      <w:r w:rsidRPr="000B728A">
        <w:rPr>
          <w:color w:val="000000"/>
          <w:sz w:val="24"/>
          <w:szCs w:val="24"/>
          <w:lang w:val="ru-RU"/>
        </w:rPr>
        <w:t>роботі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робочої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групи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фахівців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0B728A">
        <w:rPr>
          <w:color w:val="000000"/>
          <w:sz w:val="24"/>
          <w:szCs w:val="24"/>
          <w:lang w:val="ru-RU"/>
        </w:rPr>
        <w:t>п</w:t>
      </w:r>
      <w:proofErr w:type="gramEnd"/>
      <w:r w:rsidRPr="000B728A">
        <w:rPr>
          <w:color w:val="000000"/>
          <w:sz w:val="24"/>
          <w:szCs w:val="24"/>
          <w:lang w:val="ru-RU"/>
        </w:rPr>
        <w:t>ідприємств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0B728A">
        <w:rPr>
          <w:color w:val="000000"/>
          <w:sz w:val="24"/>
          <w:szCs w:val="24"/>
          <w:lang w:val="ru-RU"/>
        </w:rPr>
        <w:t>установ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та </w:t>
      </w:r>
      <w:proofErr w:type="spellStart"/>
      <w:r w:rsidRPr="000B728A">
        <w:rPr>
          <w:color w:val="000000"/>
          <w:sz w:val="24"/>
          <w:szCs w:val="24"/>
          <w:lang w:val="ru-RU"/>
        </w:rPr>
        <w:t>організацій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0B728A">
        <w:rPr>
          <w:color w:val="000000"/>
          <w:sz w:val="24"/>
          <w:szCs w:val="24"/>
          <w:lang w:val="ru-RU"/>
        </w:rPr>
        <w:t>представників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громадськості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та </w:t>
      </w:r>
      <w:proofErr w:type="spellStart"/>
      <w:r w:rsidRPr="000B728A">
        <w:rPr>
          <w:color w:val="000000"/>
          <w:sz w:val="24"/>
          <w:szCs w:val="24"/>
          <w:lang w:val="ru-RU"/>
        </w:rPr>
        <w:t>інших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заінтересованих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осіб</w:t>
      </w:r>
      <w:proofErr w:type="spellEnd"/>
      <w:r w:rsidRPr="000B728A">
        <w:rPr>
          <w:color w:val="000000"/>
          <w:sz w:val="24"/>
          <w:szCs w:val="24"/>
          <w:lang w:val="ru-RU"/>
        </w:rPr>
        <w:t>.</w:t>
      </w:r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color w:val="000000"/>
          <w:sz w:val="24"/>
          <w:szCs w:val="24"/>
          <w:lang w:val="ru-RU"/>
        </w:rPr>
        <w:t xml:space="preserve">3.4. </w:t>
      </w:r>
      <w:proofErr w:type="spellStart"/>
      <w:r w:rsidRPr="000B728A">
        <w:rPr>
          <w:color w:val="000000"/>
          <w:sz w:val="24"/>
          <w:szCs w:val="24"/>
          <w:lang w:val="ru-RU"/>
        </w:rPr>
        <w:t>Вносити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пропозиції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щодо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структури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0B728A">
        <w:rPr>
          <w:color w:val="000000"/>
          <w:sz w:val="24"/>
          <w:szCs w:val="24"/>
          <w:lang w:val="ru-RU"/>
        </w:rPr>
        <w:t>змісту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0B728A">
        <w:rPr>
          <w:color w:val="000000"/>
          <w:sz w:val="24"/>
          <w:szCs w:val="24"/>
          <w:lang w:val="ru-RU"/>
        </w:rPr>
        <w:t>заходів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0B728A">
        <w:rPr>
          <w:color w:val="000000"/>
          <w:sz w:val="24"/>
          <w:szCs w:val="24"/>
          <w:lang w:val="ru-RU"/>
        </w:rPr>
        <w:t>джерел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фінансування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та </w:t>
      </w:r>
      <w:proofErr w:type="spellStart"/>
      <w:r w:rsidRPr="000B728A">
        <w:rPr>
          <w:color w:val="000000"/>
          <w:sz w:val="24"/>
          <w:szCs w:val="24"/>
          <w:lang w:val="ru-RU"/>
        </w:rPr>
        <w:t>очікуваних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результатів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реалізації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проєкту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місцевого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плану </w:t>
      </w:r>
      <w:proofErr w:type="spellStart"/>
      <w:r w:rsidRPr="000B728A">
        <w:rPr>
          <w:color w:val="000000"/>
          <w:sz w:val="24"/>
          <w:szCs w:val="24"/>
          <w:lang w:val="ru-RU"/>
        </w:rPr>
        <w:t>управління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відходами</w:t>
      </w:r>
      <w:proofErr w:type="spellEnd"/>
      <w:r w:rsidRPr="000B728A">
        <w:rPr>
          <w:color w:val="000000"/>
          <w:sz w:val="24"/>
          <w:szCs w:val="24"/>
          <w:lang w:val="ru-RU"/>
        </w:rPr>
        <w:t>.</w:t>
      </w:r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color w:val="000000"/>
          <w:sz w:val="24"/>
          <w:szCs w:val="24"/>
          <w:lang w:val="ru-RU"/>
        </w:rPr>
        <w:t xml:space="preserve">3.5. </w:t>
      </w:r>
      <w:proofErr w:type="spellStart"/>
      <w:r w:rsidRPr="000B728A">
        <w:rPr>
          <w:color w:val="000000"/>
          <w:sz w:val="24"/>
          <w:szCs w:val="24"/>
          <w:lang w:val="ru-RU"/>
        </w:rPr>
        <w:t>Брати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участь у </w:t>
      </w:r>
      <w:proofErr w:type="spellStart"/>
      <w:r w:rsidRPr="000B728A">
        <w:rPr>
          <w:color w:val="000000"/>
          <w:sz w:val="24"/>
          <w:szCs w:val="24"/>
          <w:lang w:val="ru-RU"/>
        </w:rPr>
        <w:t>розгляді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матеріалів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0B728A">
        <w:rPr>
          <w:color w:val="000000"/>
          <w:sz w:val="24"/>
          <w:szCs w:val="24"/>
          <w:lang w:val="ru-RU"/>
        </w:rPr>
        <w:t>отриманих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за результатами </w:t>
      </w:r>
      <w:proofErr w:type="spellStart"/>
      <w:r w:rsidRPr="000B728A">
        <w:rPr>
          <w:color w:val="000000"/>
          <w:sz w:val="24"/>
          <w:szCs w:val="24"/>
          <w:lang w:val="ru-RU"/>
        </w:rPr>
        <w:t>громадського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обговорення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та </w:t>
      </w:r>
      <w:proofErr w:type="spellStart"/>
      <w:r w:rsidRPr="000B728A">
        <w:rPr>
          <w:color w:val="000000"/>
          <w:sz w:val="24"/>
          <w:szCs w:val="24"/>
          <w:lang w:val="ru-RU"/>
        </w:rPr>
        <w:t>консультацій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у </w:t>
      </w:r>
      <w:proofErr w:type="spellStart"/>
      <w:r w:rsidRPr="000B728A">
        <w:rPr>
          <w:color w:val="000000"/>
          <w:sz w:val="24"/>
          <w:szCs w:val="24"/>
          <w:lang w:val="ru-RU"/>
        </w:rPr>
        <w:t>процесі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0B728A">
        <w:rPr>
          <w:color w:val="000000"/>
          <w:sz w:val="24"/>
          <w:szCs w:val="24"/>
          <w:lang w:val="ru-RU"/>
        </w:rPr>
        <w:t>п</w:t>
      </w:r>
      <w:proofErr w:type="gramEnd"/>
      <w:r w:rsidRPr="000B728A">
        <w:rPr>
          <w:color w:val="000000"/>
          <w:sz w:val="24"/>
          <w:szCs w:val="24"/>
          <w:lang w:val="ru-RU"/>
        </w:rPr>
        <w:t>ідготовки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проєкту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місцевого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плану.</w:t>
      </w:r>
    </w:p>
    <w:p w:rsidR="00A239A4" w:rsidRPr="00DA58C9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</w:p>
    <w:p w:rsidR="00A239A4" w:rsidRPr="00DA58C9" w:rsidRDefault="00A239A4" w:rsidP="00A239A4">
      <w:pPr>
        <w:spacing w:after="120"/>
        <w:jc w:val="both"/>
        <w:rPr>
          <w:sz w:val="24"/>
          <w:szCs w:val="24"/>
          <w:lang w:val="ru-RU"/>
        </w:rPr>
      </w:pPr>
      <w:r w:rsidRPr="00DA58C9">
        <w:rPr>
          <w:b/>
          <w:sz w:val="24"/>
          <w:szCs w:val="24"/>
          <w:lang w:val="ru-RU"/>
        </w:rPr>
        <w:t xml:space="preserve">4. </w:t>
      </w:r>
      <w:proofErr w:type="spellStart"/>
      <w:r w:rsidRPr="00DA58C9">
        <w:rPr>
          <w:b/>
          <w:sz w:val="24"/>
          <w:szCs w:val="24"/>
          <w:lang w:val="ru-RU"/>
        </w:rPr>
        <w:t>Організація</w:t>
      </w:r>
      <w:proofErr w:type="spellEnd"/>
      <w:r w:rsidRPr="00DA58C9">
        <w:rPr>
          <w:b/>
          <w:sz w:val="24"/>
          <w:szCs w:val="24"/>
          <w:lang w:val="ru-RU"/>
        </w:rPr>
        <w:t xml:space="preserve"> </w:t>
      </w:r>
      <w:proofErr w:type="spellStart"/>
      <w:r w:rsidRPr="00DA58C9">
        <w:rPr>
          <w:b/>
          <w:sz w:val="24"/>
          <w:szCs w:val="24"/>
          <w:lang w:val="ru-RU"/>
        </w:rPr>
        <w:t>роботи</w:t>
      </w:r>
      <w:proofErr w:type="spellEnd"/>
      <w:r w:rsidRPr="00DA58C9">
        <w:rPr>
          <w:b/>
          <w:sz w:val="24"/>
          <w:szCs w:val="24"/>
          <w:lang w:val="ru-RU"/>
        </w:rPr>
        <w:t xml:space="preserve"> </w:t>
      </w:r>
      <w:proofErr w:type="spellStart"/>
      <w:r w:rsidRPr="00DA58C9">
        <w:rPr>
          <w:b/>
          <w:sz w:val="24"/>
          <w:szCs w:val="24"/>
          <w:lang w:val="ru-RU"/>
        </w:rPr>
        <w:t>робочої</w:t>
      </w:r>
      <w:proofErr w:type="spellEnd"/>
      <w:r w:rsidRPr="00DA58C9">
        <w:rPr>
          <w:b/>
          <w:sz w:val="24"/>
          <w:szCs w:val="24"/>
          <w:lang w:val="ru-RU"/>
        </w:rPr>
        <w:t xml:space="preserve"> </w:t>
      </w:r>
      <w:proofErr w:type="spellStart"/>
      <w:r w:rsidRPr="00DA58C9">
        <w:rPr>
          <w:b/>
          <w:sz w:val="24"/>
          <w:szCs w:val="24"/>
          <w:lang w:val="ru-RU"/>
        </w:rPr>
        <w:t>групи</w:t>
      </w:r>
      <w:proofErr w:type="spellEnd"/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sz w:val="24"/>
          <w:szCs w:val="24"/>
          <w:lang w:val="ru-RU"/>
        </w:rPr>
        <w:t xml:space="preserve">4.1. Формою </w:t>
      </w:r>
      <w:proofErr w:type="spellStart"/>
      <w:r w:rsidRPr="000B728A">
        <w:rPr>
          <w:sz w:val="24"/>
          <w:szCs w:val="24"/>
          <w:lang w:val="ru-RU"/>
        </w:rPr>
        <w:t>роботи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робочої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групи</w:t>
      </w:r>
      <w:proofErr w:type="spellEnd"/>
      <w:r w:rsidRPr="000B728A">
        <w:rPr>
          <w:sz w:val="24"/>
          <w:szCs w:val="24"/>
          <w:lang w:val="ru-RU"/>
        </w:rPr>
        <w:t xml:space="preserve"> є </w:t>
      </w:r>
      <w:proofErr w:type="spellStart"/>
      <w:r w:rsidRPr="000B728A">
        <w:rPr>
          <w:sz w:val="24"/>
          <w:szCs w:val="24"/>
          <w:lang w:val="ru-RU"/>
        </w:rPr>
        <w:t>засідання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що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можуть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проводитися</w:t>
      </w:r>
      <w:proofErr w:type="spellEnd"/>
      <w:r w:rsidRPr="000B728A">
        <w:rPr>
          <w:sz w:val="24"/>
          <w:szCs w:val="24"/>
          <w:lang w:val="ru-RU"/>
        </w:rPr>
        <w:t xml:space="preserve"> в </w:t>
      </w:r>
      <w:proofErr w:type="gramStart"/>
      <w:r w:rsidRPr="000B728A">
        <w:rPr>
          <w:sz w:val="24"/>
          <w:szCs w:val="24"/>
          <w:lang w:val="ru-RU"/>
        </w:rPr>
        <w:t>очному</w:t>
      </w:r>
      <w:proofErr w:type="gram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дистанційному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або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змішаному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форматі</w:t>
      </w:r>
      <w:proofErr w:type="spellEnd"/>
      <w:r w:rsidRPr="000B728A">
        <w:rPr>
          <w:sz w:val="24"/>
          <w:szCs w:val="24"/>
          <w:lang w:val="ru-RU"/>
        </w:rPr>
        <w:t>.</w:t>
      </w:r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sz w:val="24"/>
          <w:szCs w:val="24"/>
          <w:lang w:val="ru-RU"/>
        </w:rPr>
        <w:t xml:space="preserve">4.2. </w:t>
      </w:r>
      <w:proofErr w:type="spellStart"/>
      <w:r w:rsidRPr="000B728A">
        <w:rPr>
          <w:sz w:val="24"/>
          <w:szCs w:val="24"/>
          <w:lang w:val="ru-RU"/>
        </w:rPr>
        <w:t>Засідання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робочої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групи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скликає</w:t>
      </w:r>
      <w:proofErr w:type="spellEnd"/>
      <w:r w:rsidRPr="000B728A">
        <w:rPr>
          <w:sz w:val="24"/>
          <w:szCs w:val="24"/>
          <w:lang w:val="ru-RU"/>
        </w:rPr>
        <w:t xml:space="preserve"> голова </w:t>
      </w:r>
      <w:proofErr w:type="spellStart"/>
      <w:r w:rsidRPr="000B728A">
        <w:rPr>
          <w:sz w:val="24"/>
          <w:szCs w:val="24"/>
          <w:lang w:val="ru-RU"/>
        </w:rPr>
        <w:t>робочої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групи</w:t>
      </w:r>
      <w:proofErr w:type="spellEnd"/>
      <w:r w:rsidRPr="000B728A">
        <w:rPr>
          <w:sz w:val="24"/>
          <w:szCs w:val="24"/>
          <w:lang w:val="ru-RU"/>
        </w:rPr>
        <w:t xml:space="preserve">, а у </w:t>
      </w:r>
      <w:proofErr w:type="spellStart"/>
      <w:r w:rsidRPr="000B728A">
        <w:rPr>
          <w:sz w:val="24"/>
          <w:szCs w:val="24"/>
          <w:lang w:val="ru-RU"/>
        </w:rPr>
        <w:t>разі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0B728A">
        <w:rPr>
          <w:sz w:val="24"/>
          <w:szCs w:val="24"/>
          <w:lang w:val="ru-RU"/>
        </w:rPr>
        <w:t>його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в</w:t>
      </w:r>
      <w:proofErr w:type="gramEnd"/>
      <w:r w:rsidRPr="000B728A">
        <w:rPr>
          <w:sz w:val="24"/>
          <w:szCs w:val="24"/>
          <w:lang w:val="ru-RU"/>
        </w:rPr>
        <w:t>ідсутності</w:t>
      </w:r>
      <w:proofErr w:type="spellEnd"/>
      <w:r w:rsidRPr="000B728A">
        <w:rPr>
          <w:sz w:val="24"/>
          <w:szCs w:val="24"/>
          <w:lang w:val="ru-RU"/>
        </w:rPr>
        <w:t xml:space="preserve"> — заступник </w:t>
      </w:r>
      <w:proofErr w:type="spellStart"/>
      <w:r w:rsidRPr="000B728A">
        <w:rPr>
          <w:sz w:val="24"/>
          <w:szCs w:val="24"/>
          <w:lang w:val="ru-RU"/>
        </w:rPr>
        <w:t>голови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робочої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групи</w:t>
      </w:r>
      <w:proofErr w:type="spellEnd"/>
      <w:r w:rsidRPr="000B728A">
        <w:rPr>
          <w:sz w:val="24"/>
          <w:szCs w:val="24"/>
          <w:lang w:val="ru-RU"/>
        </w:rPr>
        <w:t>.</w:t>
      </w:r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color w:val="000000"/>
          <w:sz w:val="24"/>
          <w:szCs w:val="24"/>
          <w:lang w:val="ru-RU"/>
        </w:rPr>
        <w:t xml:space="preserve">4.3. Голова </w:t>
      </w:r>
      <w:proofErr w:type="spellStart"/>
      <w:r w:rsidRPr="000B728A">
        <w:rPr>
          <w:color w:val="000000"/>
          <w:sz w:val="24"/>
          <w:szCs w:val="24"/>
          <w:lang w:val="ru-RU"/>
        </w:rPr>
        <w:t>робочої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групи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організовує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роботу </w:t>
      </w:r>
      <w:proofErr w:type="spellStart"/>
      <w:r w:rsidRPr="000B728A">
        <w:rPr>
          <w:color w:val="000000"/>
          <w:sz w:val="24"/>
          <w:szCs w:val="24"/>
          <w:lang w:val="ru-RU"/>
        </w:rPr>
        <w:t>робочої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групи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0B728A">
        <w:rPr>
          <w:color w:val="000000"/>
          <w:sz w:val="24"/>
          <w:szCs w:val="24"/>
          <w:lang w:val="ru-RU"/>
        </w:rPr>
        <w:t>визначає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дату, час і </w:t>
      </w:r>
      <w:proofErr w:type="spellStart"/>
      <w:proofErr w:type="gramStart"/>
      <w:r w:rsidRPr="000B728A">
        <w:rPr>
          <w:color w:val="000000"/>
          <w:sz w:val="24"/>
          <w:szCs w:val="24"/>
          <w:lang w:val="ru-RU"/>
        </w:rPr>
        <w:t>м</w:t>
      </w:r>
      <w:proofErr w:type="gramEnd"/>
      <w:r w:rsidRPr="000B728A">
        <w:rPr>
          <w:color w:val="000000"/>
          <w:sz w:val="24"/>
          <w:szCs w:val="24"/>
          <w:lang w:val="ru-RU"/>
        </w:rPr>
        <w:t>ісце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проведення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її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засідань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та </w:t>
      </w:r>
      <w:proofErr w:type="spellStart"/>
      <w:r w:rsidRPr="000B728A">
        <w:rPr>
          <w:color w:val="000000"/>
          <w:sz w:val="24"/>
          <w:szCs w:val="24"/>
          <w:lang w:val="ru-RU"/>
        </w:rPr>
        <w:t>головує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на </w:t>
      </w:r>
      <w:proofErr w:type="spellStart"/>
      <w:r w:rsidRPr="000B728A">
        <w:rPr>
          <w:color w:val="000000"/>
          <w:sz w:val="24"/>
          <w:szCs w:val="24"/>
          <w:lang w:val="ru-RU"/>
        </w:rPr>
        <w:t>засіданнях</w:t>
      </w:r>
      <w:proofErr w:type="spellEnd"/>
      <w:r w:rsidRPr="000B728A">
        <w:rPr>
          <w:color w:val="000000"/>
          <w:sz w:val="24"/>
          <w:szCs w:val="24"/>
          <w:lang w:val="ru-RU"/>
        </w:rPr>
        <w:t>.</w:t>
      </w:r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color w:val="000000"/>
          <w:sz w:val="24"/>
          <w:szCs w:val="24"/>
          <w:lang w:val="ru-RU"/>
        </w:rPr>
        <w:t xml:space="preserve">4.4. </w:t>
      </w:r>
      <w:proofErr w:type="spellStart"/>
      <w:r w:rsidRPr="000B728A">
        <w:rPr>
          <w:color w:val="000000"/>
          <w:sz w:val="24"/>
          <w:szCs w:val="24"/>
          <w:lang w:val="ru-RU"/>
        </w:rPr>
        <w:t>Секретар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робочої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групи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готує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матеріали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до </w:t>
      </w:r>
      <w:proofErr w:type="spellStart"/>
      <w:r w:rsidRPr="000B728A">
        <w:rPr>
          <w:color w:val="000000"/>
          <w:sz w:val="24"/>
          <w:szCs w:val="24"/>
          <w:lang w:val="ru-RU"/>
        </w:rPr>
        <w:t>засідань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0B728A">
        <w:rPr>
          <w:color w:val="000000"/>
          <w:sz w:val="24"/>
          <w:szCs w:val="24"/>
          <w:lang w:val="ru-RU"/>
        </w:rPr>
        <w:t>повідомляє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членів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робочої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групи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про дату, час і </w:t>
      </w:r>
      <w:proofErr w:type="spellStart"/>
      <w:proofErr w:type="gramStart"/>
      <w:r w:rsidRPr="000B728A">
        <w:rPr>
          <w:color w:val="000000"/>
          <w:sz w:val="24"/>
          <w:szCs w:val="24"/>
          <w:lang w:val="ru-RU"/>
        </w:rPr>
        <w:t>м</w:t>
      </w:r>
      <w:proofErr w:type="gramEnd"/>
      <w:r w:rsidRPr="000B728A">
        <w:rPr>
          <w:color w:val="000000"/>
          <w:sz w:val="24"/>
          <w:szCs w:val="24"/>
          <w:lang w:val="ru-RU"/>
        </w:rPr>
        <w:t>ісце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їх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проведення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та </w:t>
      </w:r>
      <w:proofErr w:type="spellStart"/>
      <w:r w:rsidRPr="000B728A">
        <w:rPr>
          <w:color w:val="000000"/>
          <w:sz w:val="24"/>
          <w:szCs w:val="24"/>
          <w:lang w:val="ru-RU"/>
        </w:rPr>
        <w:t>веде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протокол </w:t>
      </w:r>
      <w:proofErr w:type="spellStart"/>
      <w:r w:rsidRPr="000B728A">
        <w:rPr>
          <w:color w:val="000000"/>
          <w:sz w:val="24"/>
          <w:szCs w:val="24"/>
          <w:lang w:val="ru-RU"/>
        </w:rPr>
        <w:t>засідання</w:t>
      </w:r>
      <w:proofErr w:type="spellEnd"/>
      <w:r w:rsidRPr="000B728A">
        <w:rPr>
          <w:color w:val="000000"/>
          <w:sz w:val="24"/>
          <w:szCs w:val="24"/>
          <w:lang w:val="ru-RU"/>
        </w:rPr>
        <w:t>.</w:t>
      </w:r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color w:val="000000"/>
          <w:sz w:val="24"/>
          <w:szCs w:val="24"/>
          <w:lang w:val="ru-RU"/>
        </w:rPr>
        <w:t xml:space="preserve">4.5. </w:t>
      </w:r>
      <w:proofErr w:type="spellStart"/>
      <w:r w:rsidRPr="000B728A">
        <w:rPr>
          <w:color w:val="000000"/>
          <w:sz w:val="24"/>
          <w:szCs w:val="24"/>
          <w:lang w:val="ru-RU"/>
        </w:rPr>
        <w:t>Засідання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робочої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групи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є </w:t>
      </w:r>
      <w:proofErr w:type="spellStart"/>
      <w:r w:rsidRPr="000B728A">
        <w:rPr>
          <w:color w:val="000000"/>
          <w:sz w:val="24"/>
          <w:szCs w:val="24"/>
          <w:lang w:val="ru-RU"/>
        </w:rPr>
        <w:t>правомочним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0B728A">
        <w:rPr>
          <w:color w:val="000000"/>
          <w:sz w:val="24"/>
          <w:szCs w:val="24"/>
          <w:lang w:val="ru-RU"/>
        </w:rPr>
        <w:t>у</w:t>
      </w:r>
      <w:proofErr w:type="gram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разі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участі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в </w:t>
      </w:r>
      <w:proofErr w:type="spellStart"/>
      <w:r w:rsidRPr="000B728A">
        <w:rPr>
          <w:color w:val="000000"/>
          <w:sz w:val="24"/>
          <w:szCs w:val="24"/>
          <w:lang w:val="ru-RU"/>
        </w:rPr>
        <w:t>ньому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більше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половини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її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затвердженого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складу.</w:t>
      </w:r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color w:val="000000"/>
          <w:sz w:val="24"/>
          <w:szCs w:val="24"/>
          <w:lang w:val="ru-RU"/>
        </w:rPr>
        <w:t xml:space="preserve">4.6. </w:t>
      </w:r>
      <w:proofErr w:type="spellStart"/>
      <w:r w:rsidRPr="000B728A">
        <w:rPr>
          <w:color w:val="000000"/>
          <w:sz w:val="24"/>
          <w:szCs w:val="24"/>
          <w:lang w:val="ru-RU"/>
        </w:rPr>
        <w:t>Рекомендації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та </w:t>
      </w:r>
      <w:proofErr w:type="spellStart"/>
      <w:r w:rsidRPr="000B728A">
        <w:rPr>
          <w:color w:val="000000"/>
          <w:sz w:val="24"/>
          <w:szCs w:val="24"/>
          <w:lang w:val="ru-RU"/>
        </w:rPr>
        <w:t>пропозиції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робочої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групи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приймаються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простою </w:t>
      </w:r>
      <w:proofErr w:type="spellStart"/>
      <w:r w:rsidRPr="000B728A">
        <w:rPr>
          <w:color w:val="000000"/>
          <w:sz w:val="24"/>
          <w:szCs w:val="24"/>
          <w:lang w:val="ru-RU"/>
        </w:rPr>
        <w:t>більшістю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голосів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присутніх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на </w:t>
      </w:r>
      <w:proofErr w:type="spellStart"/>
      <w:r w:rsidRPr="000B728A">
        <w:rPr>
          <w:color w:val="000000"/>
          <w:sz w:val="24"/>
          <w:szCs w:val="24"/>
          <w:lang w:val="ru-RU"/>
        </w:rPr>
        <w:t>засіданні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членів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робочої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групи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. У </w:t>
      </w:r>
      <w:proofErr w:type="spellStart"/>
      <w:r w:rsidRPr="000B728A">
        <w:rPr>
          <w:color w:val="000000"/>
          <w:sz w:val="24"/>
          <w:szCs w:val="24"/>
          <w:lang w:val="ru-RU"/>
        </w:rPr>
        <w:t>разі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0B728A">
        <w:rPr>
          <w:color w:val="000000"/>
          <w:sz w:val="24"/>
          <w:szCs w:val="24"/>
          <w:lang w:val="ru-RU"/>
        </w:rPr>
        <w:t>р</w:t>
      </w:r>
      <w:proofErr w:type="gramEnd"/>
      <w:r w:rsidRPr="000B728A">
        <w:rPr>
          <w:color w:val="000000"/>
          <w:sz w:val="24"/>
          <w:szCs w:val="24"/>
          <w:lang w:val="ru-RU"/>
        </w:rPr>
        <w:t>івного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розподілу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голосів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вирішальним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є голос </w:t>
      </w:r>
      <w:proofErr w:type="spellStart"/>
      <w:r w:rsidRPr="000B728A">
        <w:rPr>
          <w:color w:val="000000"/>
          <w:sz w:val="24"/>
          <w:szCs w:val="24"/>
          <w:lang w:val="ru-RU"/>
        </w:rPr>
        <w:t>головуючого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на </w:t>
      </w:r>
      <w:proofErr w:type="spellStart"/>
      <w:r w:rsidRPr="000B728A">
        <w:rPr>
          <w:color w:val="000000"/>
          <w:sz w:val="24"/>
          <w:szCs w:val="24"/>
          <w:lang w:val="ru-RU"/>
        </w:rPr>
        <w:t>засіданні</w:t>
      </w:r>
      <w:proofErr w:type="spellEnd"/>
      <w:r w:rsidRPr="000B728A">
        <w:rPr>
          <w:color w:val="000000"/>
          <w:sz w:val="24"/>
          <w:szCs w:val="24"/>
          <w:lang w:val="ru-RU"/>
        </w:rPr>
        <w:t>.</w:t>
      </w:r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color w:val="000000"/>
          <w:sz w:val="24"/>
          <w:szCs w:val="24"/>
          <w:lang w:val="ru-RU"/>
        </w:rPr>
        <w:t xml:space="preserve">4.7. </w:t>
      </w:r>
      <w:proofErr w:type="spellStart"/>
      <w:proofErr w:type="gramStart"/>
      <w:r w:rsidRPr="000B728A">
        <w:rPr>
          <w:color w:val="000000"/>
          <w:sz w:val="24"/>
          <w:szCs w:val="24"/>
          <w:lang w:val="ru-RU"/>
        </w:rPr>
        <w:t>Р</w:t>
      </w:r>
      <w:proofErr w:type="gramEnd"/>
      <w:r w:rsidRPr="000B728A">
        <w:rPr>
          <w:color w:val="000000"/>
          <w:sz w:val="24"/>
          <w:szCs w:val="24"/>
          <w:lang w:val="ru-RU"/>
        </w:rPr>
        <w:t>ішення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робочої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групи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мають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рекомендаційний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характер та </w:t>
      </w:r>
      <w:proofErr w:type="spellStart"/>
      <w:r w:rsidRPr="000B728A">
        <w:rPr>
          <w:color w:val="000000"/>
          <w:sz w:val="24"/>
          <w:szCs w:val="24"/>
          <w:lang w:val="ru-RU"/>
        </w:rPr>
        <w:t>оформлюються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протоколом, </w:t>
      </w:r>
      <w:proofErr w:type="spellStart"/>
      <w:r w:rsidRPr="000B728A">
        <w:rPr>
          <w:color w:val="000000"/>
          <w:sz w:val="24"/>
          <w:szCs w:val="24"/>
          <w:lang w:val="ru-RU"/>
        </w:rPr>
        <w:t>який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підписується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головуючим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на </w:t>
      </w:r>
      <w:proofErr w:type="spellStart"/>
      <w:r w:rsidRPr="000B728A">
        <w:rPr>
          <w:color w:val="000000"/>
          <w:sz w:val="24"/>
          <w:szCs w:val="24"/>
          <w:lang w:val="ru-RU"/>
        </w:rPr>
        <w:t>засіданні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та секретарем </w:t>
      </w:r>
      <w:proofErr w:type="spellStart"/>
      <w:r w:rsidRPr="000B728A">
        <w:rPr>
          <w:color w:val="000000"/>
          <w:sz w:val="24"/>
          <w:szCs w:val="24"/>
          <w:lang w:val="ru-RU"/>
        </w:rPr>
        <w:t>робочої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групи</w:t>
      </w:r>
      <w:proofErr w:type="spellEnd"/>
      <w:r w:rsidRPr="000B728A">
        <w:rPr>
          <w:color w:val="000000"/>
          <w:sz w:val="24"/>
          <w:szCs w:val="24"/>
          <w:lang w:val="ru-RU"/>
        </w:rPr>
        <w:t>.</w:t>
      </w:r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color w:val="000000"/>
          <w:sz w:val="24"/>
          <w:szCs w:val="24"/>
          <w:lang w:val="ru-RU"/>
        </w:rPr>
        <w:t xml:space="preserve">4.8. </w:t>
      </w:r>
      <w:proofErr w:type="spellStart"/>
      <w:r w:rsidRPr="000B728A">
        <w:rPr>
          <w:color w:val="000000"/>
          <w:sz w:val="24"/>
          <w:szCs w:val="24"/>
          <w:lang w:val="ru-RU"/>
        </w:rPr>
        <w:t>Організаційне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забезпечення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роботи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робочої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групи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здійснює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секретар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робочої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групи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за </w:t>
      </w:r>
      <w:proofErr w:type="spellStart"/>
      <w:r w:rsidRPr="000B728A">
        <w:rPr>
          <w:color w:val="000000"/>
          <w:sz w:val="24"/>
          <w:szCs w:val="24"/>
          <w:lang w:val="ru-RU"/>
        </w:rPr>
        <w:t>участю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відділу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будівництва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0B728A">
        <w:rPr>
          <w:color w:val="000000"/>
          <w:sz w:val="24"/>
          <w:szCs w:val="24"/>
          <w:lang w:val="ru-RU"/>
        </w:rPr>
        <w:t>земельних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ресурсів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, </w:t>
      </w:r>
      <w:proofErr w:type="spellStart"/>
      <w:proofErr w:type="gramStart"/>
      <w:r w:rsidRPr="000B728A">
        <w:rPr>
          <w:color w:val="000000"/>
          <w:sz w:val="24"/>
          <w:szCs w:val="24"/>
          <w:lang w:val="ru-RU"/>
        </w:rPr>
        <w:t>арх</w:t>
      </w:r>
      <w:proofErr w:type="gramEnd"/>
      <w:r w:rsidRPr="000B728A">
        <w:rPr>
          <w:color w:val="000000"/>
          <w:sz w:val="24"/>
          <w:szCs w:val="24"/>
          <w:lang w:val="ru-RU"/>
        </w:rPr>
        <w:t>ітектури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та ЖКГ </w:t>
      </w:r>
      <w:proofErr w:type="spellStart"/>
      <w:r w:rsidRPr="000B728A">
        <w:rPr>
          <w:color w:val="000000"/>
          <w:sz w:val="24"/>
          <w:szCs w:val="24"/>
          <w:lang w:val="ru-RU"/>
        </w:rPr>
        <w:t>Смолінської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селищної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ради.</w:t>
      </w:r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sz w:val="24"/>
          <w:szCs w:val="24"/>
          <w:lang w:val="ru-RU"/>
        </w:rPr>
        <w:t xml:space="preserve">4.9. За результатами </w:t>
      </w:r>
      <w:proofErr w:type="spellStart"/>
      <w:r w:rsidRPr="000B728A">
        <w:rPr>
          <w:sz w:val="24"/>
          <w:szCs w:val="24"/>
          <w:lang w:val="ru-RU"/>
        </w:rPr>
        <w:t>роботи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робоча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група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напрацьовує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узагальнені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матеріали</w:t>
      </w:r>
      <w:proofErr w:type="spellEnd"/>
      <w:r w:rsidRPr="000B728A">
        <w:rPr>
          <w:sz w:val="24"/>
          <w:szCs w:val="24"/>
          <w:lang w:val="ru-RU"/>
        </w:rPr>
        <w:t xml:space="preserve"> та </w:t>
      </w:r>
      <w:proofErr w:type="spellStart"/>
      <w:r w:rsidRPr="000B728A">
        <w:rPr>
          <w:sz w:val="24"/>
          <w:szCs w:val="24"/>
          <w:lang w:val="ru-RU"/>
        </w:rPr>
        <w:t>пропозиції</w:t>
      </w:r>
      <w:proofErr w:type="spellEnd"/>
      <w:r w:rsidRPr="000B728A">
        <w:rPr>
          <w:sz w:val="24"/>
          <w:szCs w:val="24"/>
          <w:lang w:val="ru-RU"/>
        </w:rPr>
        <w:t xml:space="preserve"> для </w:t>
      </w:r>
      <w:proofErr w:type="spellStart"/>
      <w:proofErr w:type="gramStart"/>
      <w:r w:rsidRPr="000B728A">
        <w:rPr>
          <w:sz w:val="24"/>
          <w:szCs w:val="24"/>
          <w:lang w:val="ru-RU"/>
        </w:rPr>
        <w:t>п</w:t>
      </w:r>
      <w:proofErr w:type="gramEnd"/>
      <w:r w:rsidRPr="000B728A">
        <w:rPr>
          <w:sz w:val="24"/>
          <w:szCs w:val="24"/>
          <w:lang w:val="ru-RU"/>
        </w:rPr>
        <w:t>ідготовки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проєкту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місцевого</w:t>
      </w:r>
      <w:proofErr w:type="spellEnd"/>
      <w:r w:rsidRPr="000B728A">
        <w:rPr>
          <w:sz w:val="24"/>
          <w:szCs w:val="24"/>
          <w:lang w:val="ru-RU"/>
        </w:rPr>
        <w:t xml:space="preserve"> плану </w:t>
      </w:r>
      <w:proofErr w:type="spellStart"/>
      <w:r w:rsidRPr="000B728A">
        <w:rPr>
          <w:sz w:val="24"/>
          <w:szCs w:val="24"/>
          <w:lang w:val="ru-RU"/>
        </w:rPr>
        <w:t>управління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відходами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Смолінської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селищної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територіальної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громади</w:t>
      </w:r>
      <w:proofErr w:type="spellEnd"/>
      <w:r w:rsidRPr="000B728A">
        <w:rPr>
          <w:sz w:val="24"/>
          <w:szCs w:val="24"/>
          <w:lang w:val="ru-RU"/>
        </w:rPr>
        <w:t>.</w:t>
      </w:r>
    </w:p>
    <w:p w:rsidR="00A239A4" w:rsidRPr="002A5C07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</w:p>
    <w:p w:rsidR="00391343" w:rsidRPr="00A239A4" w:rsidRDefault="00391343">
      <w:pPr>
        <w:rPr>
          <w:lang w:val="ru-RU"/>
        </w:rPr>
      </w:pPr>
    </w:p>
    <w:sectPr w:rsidR="00391343" w:rsidRPr="00A239A4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70722"/>
    <w:rsid w:val="0015074B"/>
    <w:rsid w:val="00232E80"/>
    <w:rsid w:val="0029639D"/>
    <w:rsid w:val="002B2613"/>
    <w:rsid w:val="00326F90"/>
    <w:rsid w:val="00391343"/>
    <w:rsid w:val="004147B8"/>
    <w:rsid w:val="005C7F28"/>
    <w:rsid w:val="006A48E7"/>
    <w:rsid w:val="00891302"/>
    <w:rsid w:val="00A239A4"/>
    <w:rsid w:val="00A629B1"/>
    <w:rsid w:val="00AA1D8D"/>
    <w:rsid w:val="00AF355C"/>
    <w:rsid w:val="00B47730"/>
    <w:rsid w:val="00C641B6"/>
    <w:rsid w:val="00C92BBD"/>
    <w:rsid w:val="00CB0664"/>
    <w:rsid w:val="00CB1249"/>
    <w:rsid w:val="00DA58C9"/>
    <w:rsid w:val="00E04D8F"/>
    <w:rsid w:val="00FC693F"/>
    <w:rsid w:val="00FF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0"/>
    </w:pPr>
    <w:rPr>
      <w:rFonts w:ascii="Times New Roman" w:eastAsia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dq2pgselectionanchorcontainer">
    <w:name w:val="pdq2pg_selectionanchorcontainer"/>
    <w:basedOn w:val="a1"/>
    <w:rsid w:val="00C641B6"/>
    <w:pPr>
      <w:spacing w:before="100" w:beforeAutospacing="1" w:after="100" w:afterAutospacing="1" w:line="240" w:lineRule="auto"/>
    </w:pPr>
    <w:rPr>
      <w:rFonts w:cs="Times New Roman"/>
      <w:sz w:val="24"/>
      <w:szCs w:val="24"/>
      <w:lang w:val="uk-UA" w:eastAsia="uk-UA"/>
    </w:rPr>
  </w:style>
  <w:style w:type="paragraph" w:styleId="aff8">
    <w:name w:val="Normal (Web)"/>
    <w:basedOn w:val="a1"/>
    <w:uiPriority w:val="99"/>
    <w:semiHidden/>
    <w:unhideWhenUsed/>
    <w:rsid w:val="00C641B6"/>
    <w:pPr>
      <w:spacing w:before="100" w:beforeAutospacing="1" w:after="100" w:afterAutospacing="1" w:line="240" w:lineRule="auto"/>
    </w:pPr>
    <w:rPr>
      <w:rFonts w:cs="Times New Roman"/>
      <w:sz w:val="24"/>
      <w:szCs w:val="24"/>
      <w:lang w:val="uk-UA" w:eastAsia="uk-UA"/>
    </w:rPr>
  </w:style>
  <w:style w:type="paragraph" w:styleId="aff9">
    <w:name w:val="Balloon Text"/>
    <w:basedOn w:val="a1"/>
    <w:link w:val="affa"/>
    <w:uiPriority w:val="99"/>
    <w:semiHidden/>
    <w:unhideWhenUsed/>
    <w:rsid w:val="008913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2"/>
    <w:link w:val="aff9"/>
    <w:uiPriority w:val="99"/>
    <w:semiHidden/>
    <w:rsid w:val="0089130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0"/>
    </w:pPr>
    <w:rPr>
      <w:rFonts w:ascii="Times New Roman" w:eastAsia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dq2pgselectionanchorcontainer">
    <w:name w:val="pdq2pg_selectionanchorcontainer"/>
    <w:basedOn w:val="a1"/>
    <w:rsid w:val="00C641B6"/>
    <w:pPr>
      <w:spacing w:before="100" w:beforeAutospacing="1" w:after="100" w:afterAutospacing="1" w:line="240" w:lineRule="auto"/>
    </w:pPr>
    <w:rPr>
      <w:rFonts w:cs="Times New Roman"/>
      <w:sz w:val="24"/>
      <w:szCs w:val="24"/>
      <w:lang w:val="uk-UA" w:eastAsia="uk-UA"/>
    </w:rPr>
  </w:style>
  <w:style w:type="paragraph" w:styleId="aff8">
    <w:name w:val="Normal (Web)"/>
    <w:basedOn w:val="a1"/>
    <w:uiPriority w:val="99"/>
    <w:semiHidden/>
    <w:unhideWhenUsed/>
    <w:rsid w:val="00C641B6"/>
    <w:pPr>
      <w:spacing w:before="100" w:beforeAutospacing="1" w:after="100" w:afterAutospacing="1" w:line="240" w:lineRule="auto"/>
    </w:pPr>
    <w:rPr>
      <w:rFonts w:cs="Times New Roman"/>
      <w:sz w:val="24"/>
      <w:szCs w:val="24"/>
      <w:lang w:val="uk-UA" w:eastAsia="uk-UA"/>
    </w:rPr>
  </w:style>
  <w:style w:type="paragraph" w:styleId="aff9">
    <w:name w:val="Balloon Text"/>
    <w:basedOn w:val="a1"/>
    <w:link w:val="affa"/>
    <w:uiPriority w:val="99"/>
    <w:semiHidden/>
    <w:unhideWhenUsed/>
    <w:rsid w:val="008913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2"/>
    <w:link w:val="aff9"/>
    <w:uiPriority w:val="99"/>
    <w:semiHidden/>
    <w:rsid w:val="0089130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6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857C91C-E399-4410-9771-F6FE52A26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6015</Words>
  <Characters>3429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9426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lenovo</cp:lastModifiedBy>
  <cp:revision>15</cp:revision>
  <dcterms:created xsi:type="dcterms:W3CDTF">2026-07-17T11:39:00Z</dcterms:created>
  <dcterms:modified xsi:type="dcterms:W3CDTF">2026-07-29T13:21:00Z</dcterms:modified>
</cp:coreProperties>
</file>